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5" w:type="dxa"/>
        <w:jc w:val="center"/>
        <w:tblLayout w:type="fixed"/>
        <w:tblCellMar>
          <w:top w:w="28" w:type="dxa"/>
          <w:bottom w:w="28" w:type="dxa"/>
        </w:tblCellMar>
        <w:tblLook w:val="04A0" w:firstRow="1" w:lastRow="0" w:firstColumn="1" w:lastColumn="0" w:noHBand="0" w:noVBand="1"/>
      </w:tblPr>
      <w:tblGrid>
        <w:gridCol w:w="1582"/>
        <w:gridCol w:w="3016"/>
        <w:gridCol w:w="1730"/>
        <w:gridCol w:w="3317"/>
      </w:tblGrid>
      <w:tr w:rsidR="000862BA" w:rsidRPr="000862BA" w14:paraId="2DFEF446" w14:textId="77777777">
        <w:trPr>
          <w:jc w:val="center"/>
        </w:trPr>
        <w:tc>
          <w:tcPr>
            <w:tcW w:w="1558" w:type="dxa"/>
            <w:vMerge w:val="restart"/>
            <w:tcBorders>
              <w:top w:val="single" w:sz="4" w:space="0" w:color="767676"/>
              <w:left w:val="single" w:sz="4" w:space="0" w:color="767676"/>
              <w:bottom w:val="single" w:sz="4" w:space="0" w:color="767676"/>
              <w:right w:val="single" w:sz="4" w:space="0" w:color="767676"/>
            </w:tcBorders>
            <w:tcMar>
              <w:top w:w="28" w:type="dxa"/>
              <w:left w:w="0" w:type="dxa"/>
              <w:bottom w:w="28" w:type="dxa"/>
              <w:right w:w="0" w:type="dxa"/>
            </w:tcMar>
            <w:hideMark/>
          </w:tcPr>
          <w:p w14:paraId="055634BC" w14:textId="3DA1286E" w:rsidR="000862BA" w:rsidRPr="000862BA" w:rsidRDefault="000862BA" w:rsidP="000862BA">
            <w:pPr>
              <w:rPr>
                <w:rFonts w:ascii="Cambria" w:hAnsi="Cambria"/>
                <w:lang w:val="ro-RO"/>
              </w:rPr>
            </w:pPr>
            <w:r w:rsidRPr="000862BA">
              <w:rPr>
                <w:rFonts w:ascii="Cambria" w:hAnsi="Cambria"/>
                <w:lang w:val="ro-RO"/>
              </w:rPr>
              <w:drawing>
                <wp:inline distT="0" distB="0" distL="0" distR="0" wp14:anchorId="29DFAF56" wp14:editId="5BBEB135">
                  <wp:extent cx="838200" cy="1295400"/>
                  <wp:effectExtent l="0" t="0" r="0" b="0"/>
                  <wp:docPr id="12638190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1295400"/>
                          </a:xfrm>
                          <a:prstGeom prst="rect">
                            <a:avLst/>
                          </a:prstGeom>
                          <a:noFill/>
                          <a:ln>
                            <a:noFill/>
                          </a:ln>
                        </pic:spPr>
                      </pic:pic>
                    </a:graphicData>
                  </a:graphic>
                </wp:inline>
              </w:drawing>
            </w:r>
          </w:p>
        </w:tc>
        <w:tc>
          <w:tcPr>
            <w:tcW w:w="7940" w:type="dxa"/>
            <w:gridSpan w:val="3"/>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5731D681" w14:textId="77777777" w:rsidR="000862BA" w:rsidRPr="000862BA" w:rsidRDefault="000862BA" w:rsidP="000862BA">
            <w:pPr>
              <w:rPr>
                <w:rFonts w:ascii="Cambria" w:hAnsi="Cambria"/>
                <w:lang w:val="ro-RO"/>
              </w:rPr>
            </w:pPr>
            <w:r w:rsidRPr="000862BA">
              <w:rPr>
                <w:rFonts w:ascii="Cambria" w:hAnsi="Cambria"/>
                <w:b/>
                <w:lang w:val="ro-RO"/>
              </w:rPr>
              <w:t>Județul Mureș</w:t>
            </w:r>
          </w:p>
        </w:tc>
      </w:tr>
      <w:tr w:rsidR="000862BA" w:rsidRPr="000862BA" w14:paraId="2CA4F1EC" w14:textId="77777777">
        <w:trPr>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28EDDA01" w14:textId="77777777" w:rsidR="000862BA" w:rsidRPr="000862BA" w:rsidRDefault="000862BA" w:rsidP="000862BA">
            <w:pPr>
              <w:rPr>
                <w:rFonts w:ascii="Cambria" w:hAnsi="Cambria"/>
                <w:lang w:val="ro-RO"/>
              </w:rPr>
            </w:pPr>
          </w:p>
        </w:tc>
        <w:tc>
          <w:tcPr>
            <w:tcW w:w="7940" w:type="dxa"/>
            <w:gridSpan w:val="3"/>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47D11129" w14:textId="77777777" w:rsidR="000862BA" w:rsidRPr="000862BA" w:rsidRDefault="000862BA" w:rsidP="000862BA">
            <w:pPr>
              <w:rPr>
                <w:rFonts w:ascii="Cambria" w:hAnsi="Cambria"/>
                <w:b/>
                <w:lang w:val="ro-RO"/>
              </w:rPr>
            </w:pPr>
            <w:r w:rsidRPr="000862BA">
              <w:rPr>
                <w:rFonts w:ascii="Cambria" w:hAnsi="Cambria"/>
                <w:b/>
                <w:lang w:val="ro-RO"/>
              </w:rPr>
              <w:t>Autoritatea administrației publice</w:t>
            </w:r>
          </w:p>
          <w:p w14:paraId="3A8C1F99" w14:textId="77777777" w:rsidR="000862BA" w:rsidRPr="000862BA" w:rsidRDefault="000862BA" w:rsidP="000862BA">
            <w:pPr>
              <w:rPr>
                <w:rFonts w:ascii="Cambria" w:hAnsi="Cambria"/>
                <w:lang w:val="ro-RO"/>
              </w:rPr>
            </w:pPr>
            <w:r w:rsidRPr="000862BA">
              <w:rPr>
                <w:rFonts w:ascii="Cambria" w:hAnsi="Cambria"/>
                <w:b/>
                <w:lang w:val="ro-RO"/>
              </w:rPr>
              <w:t>Primăria Orașului Luduș</w:t>
            </w:r>
          </w:p>
        </w:tc>
      </w:tr>
      <w:tr w:rsidR="000862BA" w:rsidRPr="000862BA" w14:paraId="5789AA32" w14:textId="77777777">
        <w:trPr>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4EE1AD32" w14:textId="77777777" w:rsidR="000862BA" w:rsidRPr="000862BA" w:rsidRDefault="000862BA" w:rsidP="000862BA">
            <w:pPr>
              <w:rPr>
                <w:rFonts w:ascii="Cambria" w:hAnsi="Cambria"/>
                <w:lang w:val="ro-RO"/>
              </w:rPr>
            </w:pPr>
          </w:p>
        </w:tc>
        <w:tc>
          <w:tcPr>
            <w:tcW w:w="2970" w:type="dxa"/>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42BE356D" w14:textId="77777777" w:rsidR="000862BA" w:rsidRPr="000862BA" w:rsidRDefault="000862BA" w:rsidP="000862BA">
            <w:pPr>
              <w:rPr>
                <w:rFonts w:ascii="Cambria" w:hAnsi="Cambria"/>
                <w:b/>
                <w:lang w:val="ro-RO"/>
              </w:rPr>
            </w:pPr>
            <w:r w:rsidRPr="000862BA">
              <w:rPr>
                <w:rFonts w:ascii="Cambria" w:hAnsi="Cambria"/>
                <w:b/>
                <w:lang w:val="ro-RO"/>
              </w:rPr>
              <w:t>Cod de identificare fiscală (CIF)</w:t>
            </w:r>
          </w:p>
          <w:p w14:paraId="16145D68" w14:textId="77777777" w:rsidR="000862BA" w:rsidRPr="000862BA" w:rsidRDefault="000862BA" w:rsidP="000862BA">
            <w:pPr>
              <w:rPr>
                <w:rFonts w:ascii="Cambria" w:hAnsi="Cambria"/>
                <w:lang w:val="ro-RO"/>
              </w:rPr>
            </w:pPr>
            <w:r w:rsidRPr="000862BA">
              <w:rPr>
                <w:rFonts w:ascii="Cambria" w:hAnsi="Cambria"/>
                <w:b/>
                <w:lang w:val="ro-RO"/>
              </w:rPr>
              <w:t>5669317</w:t>
            </w:r>
          </w:p>
        </w:tc>
        <w:tc>
          <w:tcPr>
            <w:tcW w:w="4970" w:type="dxa"/>
            <w:gridSpan w:val="2"/>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26502B36" w14:textId="77777777" w:rsidR="000862BA" w:rsidRPr="000862BA" w:rsidRDefault="000862BA" w:rsidP="000862BA">
            <w:pPr>
              <w:rPr>
                <w:rFonts w:ascii="Cambria" w:hAnsi="Cambria"/>
                <w:b/>
                <w:lang w:val="ro-RO"/>
              </w:rPr>
            </w:pPr>
            <w:r w:rsidRPr="000862BA">
              <w:rPr>
                <w:rFonts w:ascii="Cambria" w:hAnsi="Cambria"/>
                <w:b/>
                <w:lang w:val="ro-RO"/>
              </w:rPr>
              <w:t>Adresa oficială</w:t>
            </w:r>
          </w:p>
          <w:p w14:paraId="6C967495" w14:textId="77777777" w:rsidR="000862BA" w:rsidRPr="000862BA" w:rsidRDefault="000862BA" w:rsidP="000862BA">
            <w:pPr>
              <w:rPr>
                <w:rFonts w:ascii="Cambria" w:hAnsi="Cambria"/>
                <w:b/>
                <w:lang w:val="ro-RO"/>
              </w:rPr>
            </w:pPr>
            <w:r w:rsidRPr="000862BA">
              <w:rPr>
                <w:rFonts w:ascii="Cambria" w:hAnsi="Cambria"/>
                <w:b/>
                <w:lang w:val="ro-RO"/>
              </w:rPr>
              <w:t>Bd. 1 Decembrie 1918, Nr. 26, Oraș Luduș, Județ Mureș</w:t>
            </w:r>
          </w:p>
          <w:p w14:paraId="63035A48" w14:textId="77777777" w:rsidR="000862BA" w:rsidRPr="000862BA" w:rsidRDefault="000862BA" w:rsidP="000862BA">
            <w:pPr>
              <w:rPr>
                <w:rFonts w:ascii="Cambria" w:hAnsi="Cambria"/>
                <w:b/>
                <w:lang w:val="ro-RO"/>
              </w:rPr>
            </w:pPr>
            <w:r w:rsidRPr="000862BA">
              <w:rPr>
                <w:rFonts w:ascii="Cambria" w:hAnsi="Cambria"/>
                <w:b/>
                <w:lang w:val="ro-RO"/>
              </w:rPr>
              <w:t>Telefon: 0265411716, 0265411548</w:t>
            </w:r>
          </w:p>
          <w:p w14:paraId="12AB7A90" w14:textId="77777777" w:rsidR="000862BA" w:rsidRPr="000862BA" w:rsidRDefault="000862BA" w:rsidP="000862BA">
            <w:pPr>
              <w:rPr>
                <w:rFonts w:ascii="Cambria" w:hAnsi="Cambria"/>
                <w:b/>
                <w:lang w:val="ro-RO"/>
              </w:rPr>
            </w:pPr>
            <w:r w:rsidRPr="000862BA">
              <w:rPr>
                <w:rFonts w:ascii="Cambria" w:hAnsi="Cambria"/>
                <w:b/>
                <w:lang w:val="ro-RO"/>
              </w:rPr>
              <w:t>e-mail: ludus@ms.e-adm.ro</w:t>
            </w:r>
          </w:p>
        </w:tc>
      </w:tr>
      <w:tr w:rsidR="000862BA" w:rsidRPr="000862BA" w14:paraId="2E63606C" w14:textId="77777777">
        <w:trPr>
          <w:trHeight w:val="20"/>
          <w:jc w:val="center"/>
        </w:trPr>
        <w:tc>
          <w:tcPr>
            <w:tcW w:w="9498" w:type="dxa"/>
            <w:vMerge/>
            <w:tcBorders>
              <w:top w:val="single" w:sz="4" w:space="0" w:color="767676"/>
              <w:left w:val="single" w:sz="4" w:space="0" w:color="767676"/>
              <w:bottom w:val="single" w:sz="4" w:space="0" w:color="767676"/>
              <w:right w:val="single" w:sz="4" w:space="0" w:color="767676"/>
            </w:tcBorders>
            <w:vAlign w:val="center"/>
            <w:hideMark/>
          </w:tcPr>
          <w:p w14:paraId="57532FBB" w14:textId="77777777" w:rsidR="000862BA" w:rsidRPr="000862BA" w:rsidRDefault="000862BA" w:rsidP="000862BA">
            <w:pPr>
              <w:rPr>
                <w:rFonts w:ascii="Cambria" w:hAnsi="Cambria"/>
                <w:lang w:val="ro-RO"/>
              </w:rPr>
            </w:pPr>
          </w:p>
        </w:tc>
        <w:tc>
          <w:tcPr>
            <w:tcW w:w="4674" w:type="dxa"/>
            <w:gridSpan w:val="2"/>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2D5B0488" w14:textId="77777777" w:rsidR="000862BA" w:rsidRPr="000862BA" w:rsidRDefault="000862BA" w:rsidP="000862BA">
            <w:pPr>
              <w:rPr>
                <w:rFonts w:ascii="Cambria" w:hAnsi="Cambria"/>
                <w:lang w:val="ro-RO"/>
              </w:rPr>
            </w:pPr>
            <w:r w:rsidRPr="000862BA">
              <w:rPr>
                <w:rFonts w:ascii="Cambria" w:hAnsi="Cambria"/>
                <w:b/>
                <w:lang w:val="ro-RO"/>
              </w:rPr>
              <w:t>Număr de înregistrare</w:t>
            </w:r>
          </w:p>
        </w:tc>
        <w:tc>
          <w:tcPr>
            <w:tcW w:w="3266" w:type="dxa"/>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17C9A8F4" w14:textId="77777777" w:rsidR="000862BA" w:rsidRPr="000862BA" w:rsidRDefault="000862BA" w:rsidP="000862BA">
            <w:pPr>
              <w:rPr>
                <w:rFonts w:ascii="Cambria" w:hAnsi="Cambria"/>
                <w:lang w:val="ro-RO"/>
              </w:rPr>
            </w:pPr>
            <w:r w:rsidRPr="000862BA">
              <w:rPr>
                <w:rFonts w:ascii="Cambria" w:hAnsi="Cambria"/>
                <w:b/>
                <w:lang w:val="ro-RO"/>
              </w:rPr>
              <w:t>Data</w:t>
            </w:r>
          </w:p>
        </w:tc>
      </w:tr>
      <w:tr w:rsidR="000862BA" w:rsidRPr="000862BA" w14:paraId="2DE98ECD" w14:textId="77777777">
        <w:trPr>
          <w:jc w:val="center"/>
        </w:trPr>
        <w:tc>
          <w:tcPr>
            <w:tcW w:w="9498" w:type="dxa"/>
            <w:gridSpan w:val="4"/>
            <w:tcBorders>
              <w:top w:val="single" w:sz="4" w:space="0" w:color="767676"/>
              <w:left w:val="single" w:sz="4" w:space="0" w:color="767676"/>
              <w:bottom w:val="single" w:sz="4" w:space="0" w:color="767676"/>
              <w:right w:val="single" w:sz="4" w:space="0" w:color="767676"/>
            </w:tcBorders>
            <w:shd w:val="clear" w:color="auto" w:fill="EFEFEF"/>
            <w:tcMar>
              <w:top w:w="28" w:type="dxa"/>
              <w:left w:w="0" w:type="dxa"/>
              <w:bottom w:w="28" w:type="dxa"/>
              <w:right w:w="0" w:type="dxa"/>
            </w:tcMar>
            <w:hideMark/>
          </w:tcPr>
          <w:p w14:paraId="3576E986" w14:textId="77777777" w:rsidR="000862BA" w:rsidRPr="000862BA" w:rsidRDefault="000862BA" w:rsidP="000862BA">
            <w:pPr>
              <w:rPr>
                <w:rFonts w:ascii="Cambria" w:hAnsi="Cambria"/>
                <w:lang w:val="ro-RO"/>
              </w:rPr>
            </w:pPr>
            <w:r w:rsidRPr="000862BA">
              <w:rPr>
                <w:rFonts w:ascii="Cambria" w:hAnsi="Cambria"/>
                <w:i/>
                <w:lang w:val="ro-RO"/>
              </w:rPr>
              <w:t xml:space="preserve"> se completează de autoritate — solicitantul nu scrie în această zonă</w:t>
            </w:r>
          </w:p>
        </w:tc>
      </w:tr>
    </w:tbl>
    <w:p w14:paraId="69A4BF87" w14:textId="77777777" w:rsidR="00846492" w:rsidRPr="000862BA" w:rsidRDefault="00846492" w:rsidP="000862BA">
      <w:pPr>
        <w:rPr>
          <w:rFonts w:ascii="Cambria" w:hAnsi="Cambria"/>
          <w:lang w:val="fr-FR"/>
        </w:rPr>
      </w:pPr>
    </w:p>
    <w:p w14:paraId="70547CAD" w14:textId="77777777" w:rsidR="00846492" w:rsidRPr="000862BA" w:rsidRDefault="00E53736" w:rsidP="000862BA">
      <w:pPr>
        <w:jc w:val="center"/>
        <w:rPr>
          <w:rFonts w:ascii="Cambria" w:hAnsi="Cambria"/>
          <w:sz w:val="28"/>
          <w:szCs w:val="28"/>
          <w:lang w:val="ro-RO"/>
        </w:rPr>
      </w:pPr>
      <w:r w:rsidRPr="000862BA">
        <w:rPr>
          <w:rFonts w:ascii="Cambria" w:hAnsi="Cambria"/>
          <w:b/>
          <w:sz w:val="28"/>
          <w:szCs w:val="28"/>
          <w:lang w:val="ro-RO"/>
        </w:rPr>
        <w:t>NOTIFICARE</w:t>
      </w:r>
    </w:p>
    <w:p w14:paraId="51E10078"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738BA778" w14:textId="77777777" w:rsidTr="000862BA">
        <w:trPr>
          <w:jc w:val="center"/>
        </w:trPr>
        <w:tc>
          <w:tcPr>
            <w:tcW w:w="9636" w:type="dxa"/>
            <w:shd w:val="clear" w:color="auto" w:fill="F4F4F4"/>
          </w:tcPr>
          <w:p w14:paraId="3FDBEFCF"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1. </w:t>
            </w:r>
            <w:r w:rsidRPr="000862BA">
              <w:rPr>
                <w:rFonts w:ascii="Cambria" w:hAnsi="Cambria"/>
                <w:b/>
                <w:sz w:val="18"/>
                <w:lang w:val="ro-RO"/>
              </w:rPr>
              <w:t>CĂTRE</w:t>
            </w:r>
          </w:p>
        </w:tc>
      </w:tr>
      <w:tr w:rsidR="00846492" w:rsidRPr="000862BA" w14:paraId="27F279BA" w14:textId="77777777" w:rsidTr="000862BA">
        <w:trPr>
          <w:trHeight w:val="510"/>
          <w:jc w:val="center"/>
        </w:trPr>
        <w:tc>
          <w:tcPr>
            <w:tcW w:w="9636" w:type="dxa"/>
          </w:tcPr>
          <w:p w14:paraId="4FA4AD8A" w14:textId="77777777" w:rsidR="00846492" w:rsidRPr="000862BA" w:rsidRDefault="00E53736" w:rsidP="000862BA">
            <w:pPr>
              <w:keepNext/>
              <w:rPr>
                <w:rFonts w:ascii="Cambria" w:hAnsi="Cambria"/>
                <w:lang w:val="ro-RO"/>
              </w:rPr>
            </w:pPr>
            <w:r w:rsidRPr="000862BA">
              <w:rPr>
                <w:rFonts w:ascii="Cambria" w:hAnsi="Cambria"/>
                <w:b/>
                <w:lang w:val="ro-RO"/>
              </w:rPr>
              <w:t>Instituția</w:t>
            </w:r>
          </w:p>
          <w:p w14:paraId="7BA26637" w14:textId="77777777" w:rsidR="00846492" w:rsidRPr="000862BA" w:rsidRDefault="00E53736" w:rsidP="000862BA">
            <w:pPr>
              <w:keepNext/>
              <w:rPr>
                <w:rFonts w:ascii="Cambria" w:hAnsi="Cambria"/>
                <w:lang w:val="ro-RO"/>
              </w:rPr>
            </w:pPr>
            <w:r w:rsidRPr="000862BA">
              <w:rPr>
                <w:rFonts w:ascii="Cambria" w:hAnsi="Cambria"/>
                <w:i/>
                <w:lang w:val="ro-RO"/>
              </w:rPr>
              <w:t>primăria municipiului / orașului / comunei · primăria de sector · consiliul județean</w:t>
            </w:r>
          </w:p>
          <w:p w14:paraId="20383914" w14:textId="77777777" w:rsidR="00846492" w:rsidRPr="000862BA" w:rsidRDefault="00846492" w:rsidP="000862BA">
            <w:pPr>
              <w:keepNext/>
              <w:rPr>
                <w:rFonts w:ascii="Cambria" w:hAnsi="Cambria"/>
                <w:lang w:val="ro-RO"/>
              </w:rPr>
            </w:pPr>
          </w:p>
        </w:tc>
      </w:tr>
      <w:tr w:rsidR="00846492" w:rsidRPr="000862BA" w14:paraId="28848CD0" w14:textId="77777777" w:rsidTr="000862BA">
        <w:trPr>
          <w:jc w:val="center"/>
        </w:trPr>
        <w:tc>
          <w:tcPr>
            <w:tcW w:w="9636" w:type="dxa"/>
            <w:shd w:val="clear" w:color="auto" w:fill="F4F4F4"/>
          </w:tcPr>
          <w:p w14:paraId="1C3496A9" w14:textId="77777777" w:rsidR="00846492" w:rsidRPr="000862BA" w:rsidRDefault="00E53736" w:rsidP="000862BA">
            <w:pPr>
              <w:rPr>
                <w:rFonts w:ascii="Cambria" w:hAnsi="Cambria"/>
                <w:lang w:val="ro-RO"/>
              </w:rPr>
            </w:pPr>
            <w:r w:rsidRPr="000862BA">
              <w:rPr>
                <w:rFonts w:ascii="Cambria" w:hAnsi="Cambria"/>
                <w:lang w:val="ro-RO"/>
              </w:rPr>
              <w:t>Cererea va fi transmisă către președintele consiliului județean, primarul general, primarul de sector sau primarul municipiului</w:t>
            </w:r>
            <w:r w:rsidRPr="000862BA">
              <w:rPr>
                <w:rFonts w:ascii="Cambria" w:hAnsi="Cambria"/>
                <w:lang w:val="ro-RO"/>
              </w:rPr>
              <w:t xml:space="preserve"> / orașului / comunei, după caz.</w:t>
            </w:r>
          </w:p>
        </w:tc>
      </w:tr>
    </w:tbl>
    <w:p w14:paraId="001AE2FB"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7"/>
        <w:gridCol w:w="803"/>
        <w:gridCol w:w="803"/>
        <w:gridCol w:w="803"/>
        <w:gridCol w:w="803"/>
        <w:gridCol w:w="1607"/>
        <w:gridCol w:w="1607"/>
      </w:tblGrid>
      <w:tr w:rsidR="00846492" w:rsidRPr="000862BA" w14:paraId="7DF84172" w14:textId="77777777" w:rsidTr="000862BA">
        <w:trPr>
          <w:jc w:val="center"/>
        </w:trPr>
        <w:tc>
          <w:tcPr>
            <w:tcW w:w="9636" w:type="dxa"/>
            <w:gridSpan w:val="8"/>
            <w:shd w:val="clear" w:color="auto" w:fill="F4F4F4"/>
          </w:tcPr>
          <w:p w14:paraId="22825B60"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w:t>
            </w:r>
            <w:r w:rsidRPr="000862BA">
              <w:rPr>
                <w:rFonts w:ascii="Cambria" w:hAnsi="Cambria"/>
                <w:b/>
                <w:sz w:val="16"/>
                <w:lang w:val="ro-RO"/>
              </w:rPr>
              <w:t xml:space="preserve">2. </w:t>
            </w:r>
            <w:r w:rsidRPr="000862BA">
              <w:rPr>
                <w:rFonts w:ascii="Cambria" w:hAnsi="Cambria"/>
                <w:b/>
                <w:sz w:val="18"/>
                <w:lang w:val="ro-RO"/>
              </w:rPr>
              <w:t>SOLICITANTUL</w:t>
            </w:r>
          </w:p>
        </w:tc>
      </w:tr>
      <w:tr w:rsidR="00846492" w:rsidRPr="000862BA" w14:paraId="7E6A7A49" w14:textId="77777777" w:rsidTr="000862BA">
        <w:trPr>
          <w:trHeight w:val="510"/>
          <w:jc w:val="center"/>
        </w:trPr>
        <w:tc>
          <w:tcPr>
            <w:tcW w:w="5621" w:type="dxa"/>
            <w:gridSpan w:val="5"/>
          </w:tcPr>
          <w:p w14:paraId="37F3BD42" w14:textId="77777777" w:rsidR="00846492" w:rsidRPr="000862BA" w:rsidRDefault="00E53736" w:rsidP="000862BA">
            <w:pPr>
              <w:keepNext/>
              <w:rPr>
                <w:rFonts w:ascii="Cambria" w:hAnsi="Cambria"/>
                <w:lang w:val="ro-RO"/>
              </w:rPr>
            </w:pPr>
            <w:r w:rsidRPr="000862BA">
              <w:rPr>
                <w:rFonts w:ascii="Cambria" w:hAnsi="Cambria"/>
                <w:b/>
                <w:lang w:val="ro-RO"/>
              </w:rPr>
              <w:t>Nume și prenume</w:t>
            </w:r>
          </w:p>
          <w:p w14:paraId="1CB056C9" w14:textId="77777777" w:rsidR="00846492" w:rsidRPr="000862BA" w:rsidRDefault="00846492" w:rsidP="000862BA">
            <w:pPr>
              <w:keepNext/>
              <w:rPr>
                <w:rFonts w:ascii="Cambria" w:hAnsi="Cambria"/>
                <w:lang w:val="ro-RO"/>
              </w:rPr>
            </w:pPr>
          </w:p>
        </w:tc>
        <w:tc>
          <w:tcPr>
            <w:tcW w:w="4015" w:type="dxa"/>
            <w:gridSpan w:val="3"/>
          </w:tcPr>
          <w:p w14:paraId="33FE0D46" w14:textId="77777777" w:rsidR="00846492" w:rsidRPr="000862BA" w:rsidRDefault="00E53736" w:rsidP="000862BA">
            <w:pPr>
              <w:keepNext/>
              <w:rPr>
                <w:rFonts w:ascii="Cambria" w:hAnsi="Cambria"/>
                <w:lang w:val="ro-RO"/>
              </w:rPr>
            </w:pPr>
            <w:r w:rsidRPr="000862BA">
              <w:rPr>
                <w:rFonts w:ascii="Cambria" w:hAnsi="Cambria"/>
                <w:b/>
                <w:lang w:val="ro-RO"/>
              </w:rPr>
              <w:t>CNP</w:t>
            </w:r>
          </w:p>
          <w:p w14:paraId="34500F5F" w14:textId="77777777" w:rsidR="00846492" w:rsidRPr="000862BA" w:rsidRDefault="00846492" w:rsidP="000862BA">
            <w:pPr>
              <w:keepNext/>
              <w:rPr>
                <w:rFonts w:ascii="Cambria" w:hAnsi="Cambria"/>
                <w:lang w:val="ro-RO"/>
              </w:rPr>
            </w:pPr>
          </w:p>
        </w:tc>
      </w:tr>
      <w:tr w:rsidR="00846492" w:rsidRPr="000862BA" w14:paraId="65BEB296" w14:textId="77777777" w:rsidTr="000862BA">
        <w:trPr>
          <w:jc w:val="center"/>
        </w:trPr>
        <w:tc>
          <w:tcPr>
            <w:tcW w:w="9636" w:type="dxa"/>
            <w:gridSpan w:val="8"/>
            <w:shd w:val="clear" w:color="auto" w:fill="F4F4F4"/>
          </w:tcPr>
          <w:p w14:paraId="55E24D5C" w14:textId="77777777" w:rsidR="00846492" w:rsidRPr="000862BA" w:rsidRDefault="00E53736" w:rsidP="000862BA">
            <w:pPr>
              <w:keepNext/>
              <w:rPr>
                <w:rFonts w:ascii="Cambria" w:hAnsi="Cambria"/>
                <w:lang w:val="ro-RO"/>
              </w:rPr>
            </w:pPr>
            <w:r w:rsidRPr="000862BA">
              <w:rPr>
                <w:rFonts w:ascii="Cambria" w:hAnsi="Cambria"/>
                <w:sz w:val="16"/>
                <w:lang w:val="ro-RO"/>
              </w:rPr>
              <w:t xml:space="preserve"> Act de identitate</w:t>
            </w:r>
          </w:p>
        </w:tc>
      </w:tr>
      <w:tr w:rsidR="00846492" w:rsidRPr="000862BA" w14:paraId="3F106F45" w14:textId="77777777" w:rsidTr="000862BA">
        <w:trPr>
          <w:trHeight w:val="510"/>
          <w:jc w:val="center"/>
        </w:trPr>
        <w:tc>
          <w:tcPr>
            <w:tcW w:w="1606" w:type="dxa"/>
          </w:tcPr>
          <w:p w14:paraId="5FD62179" w14:textId="77777777" w:rsidR="00846492" w:rsidRPr="000862BA" w:rsidRDefault="00E53736" w:rsidP="000862BA">
            <w:pPr>
              <w:keepNext/>
              <w:rPr>
                <w:rFonts w:ascii="Cambria" w:hAnsi="Cambria"/>
                <w:lang w:val="ro-RO"/>
              </w:rPr>
            </w:pPr>
            <w:r w:rsidRPr="000862BA">
              <w:rPr>
                <w:rFonts w:ascii="Cambria" w:hAnsi="Cambria"/>
                <w:b/>
                <w:lang w:val="ro-RO"/>
              </w:rPr>
              <w:t>Seria</w:t>
            </w:r>
          </w:p>
          <w:p w14:paraId="34CEF7E6" w14:textId="77777777" w:rsidR="00846492" w:rsidRPr="000862BA" w:rsidRDefault="00846492" w:rsidP="000862BA">
            <w:pPr>
              <w:keepNext/>
              <w:rPr>
                <w:rFonts w:ascii="Cambria" w:hAnsi="Cambria"/>
                <w:lang w:val="ro-RO"/>
              </w:rPr>
            </w:pPr>
          </w:p>
        </w:tc>
        <w:tc>
          <w:tcPr>
            <w:tcW w:w="1606" w:type="dxa"/>
          </w:tcPr>
          <w:p w14:paraId="0308FD56" w14:textId="77777777" w:rsidR="00846492" w:rsidRPr="000862BA" w:rsidRDefault="00E53736" w:rsidP="000862BA">
            <w:pPr>
              <w:keepNext/>
              <w:rPr>
                <w:rFonts w:ascii="Cambria" w:hAnsi="Cambria"/>
                <w:lang w:val="ro-RO"/>
              </w:rPr>
            </w:pPr>
            <w:r w:rsidRPr="000862BA">
              <w:rPr>
                <w:rFonts w:ascii="Cambria" w:hAnsi="Cambria"/>
                <w:b/>
                <w:lang w:val="ro-RO"/>
              </w:rPr>
              <w:t>Numărul</w:t>
            </w:r>
          </w:p>
          <w:p w14:paraId="0AEB8A5C" w14:textId="77777777" w:rsidR="00846492" w:rsidRPr="000862BA" w:rsidRDefault="00846492" w:rsidP="000862BA">
            <w:pPr>
              <w:keepNext/>
              <w:rPr>
                <w:rFonts w:ascii="Cambria" w:hAnsi="Cambria"/>
                <w:lang w:val="ro-RO"/>
              </w:rPr>
            </w:pPr>
          </w:p>
        </w:tc>
        <w:tc>
          <w:tcPr>
            <w:tcW w:w="4818" w:type="dxa"/>
            <w:gridSpan w:val="5"/>
          </w:tcPr>
          <w:p w14:paraId="0927B528" w14:textId="77777777" w:rsidR="00846492" w:rsidRPr="000862BA" w:rsidRDefault="00E53736" w:rsidP="000862BA">
            <w:pPr>
              <w:keepNext/>
              <w:rPr>
                <w:rFonts w:ascii="Cambria" w:hAnsi="Cambria"/>
                <w:lang w:val="ro-RO"/>
              </w:rPr>
            </w:pPr>
            <w:r w:rsidRPr="000862BA">
              <w:rPr>
                <w:rFonts w:ascii="Cambria" w:hAnsi="Cambria"/>
                <w:b/>
                <w:lang w:val="ro-RO"/>
              </w:rPr>
              <w:t>Eliberat de</w:t>
            </w:r>
          </w:p>
          <w:p w14:paraId="535D7FCF" w14:textId="77777777" w:rsidR="00846492" w:rsidRPr="000862BA" w:rsidRDefault="00846492" w:rsidP="000862BA">
            <w:pPr>
              <w:keepNext/>
              <w:rPr>
                <w:rFonts w:ascii="Cambria" w:hAnsi="Cambria"/>
                <w:lang w:val="ro-RO"/>
              </w:rPr>
            </w:pPr>
          </w:p>
        </w:tc>
        <w:tc>
          <w:tcPr>
            <w:tcW w:w="1606" w:type="dxa"/>
          </w:tcPr>
          <w:p w14:paraId="44FD134D" w14:textId="77777777" w:rsidR="00846492" w:rsidRPr="000862BA" w:rsidRDefault="00E53736" w:rsidP="000862BA">
            <w:pPr>
              <w:keepNext/>
              <w:rPr>
                <w:rFonts w:ascii="Cambria" w:hAnsi="Cambria"/>
                <w:lang w:val="ro-RO"/>
              </w:rPr>
            </w:pPr>
            <w:r w:rsidRPr="000862BA">
              <w:rPr>
                <w:rFonts w:ascii="Cambria" w:hAnsi="Cambria"/>
                <w:b/>
                <w:lang w:val="ro-RO"/>
              </w:rPr>
              <w:t>La data</w:t>
            </w:r>
          </w:p>
          <w:p w14:paraId="3BDA4185" w14:textId="77777777" w:rsidR="00846492" w:rsidRPr="000862BA" w:rsidRDefault="00846492" w:rsidP="000862BA">
            <w:pPr>
              <w:keepNext/>
              <w:rPr>
                <w:rFonts w:ascii="Cambria" w:hAnsi="Cambria"/>
                <w:lang w:val="ro-RO"/>
              </w:rPr>
            </w:pPr>
          </w:p>
        </w:tc>
      </w:tr>
      <w:tr w:rsidR="00846492" w:rsidRPr="000862BA" w14:paraId="5C5C5885" w14:textId="77777777" w:rsidTr="000862BA">
        <w:trPr>
          <w:jc w:val="center"/>
        </w:trPr>
        <w:tc>
          <w:tcPr>
            <w:tcW w:w="9636" w:type="dxa"/>
            <w:gridSpan w:val="8"/>
            <w:shd w:val="clear" w:color="auto" w:fill="F4F4F4"/>
          </w:tcPr>
          <w:p w14:paraId="74898FBE" w14:textId="77777777" w:rsidR="00846492" w:rsidRPr="000862BA" w:rsidRDefault="00E53736" w:rsidP="000862BA">
            <w:pPr>
              <w:keepNext/>
              <w:rPr>
                <w:rFonts w:ascii="Cambria" w:hAnsi="Cambria"/>
                <w:lang w:val="ro-RO"/>
              </w:rPr>
            </w:pPr>
            <w:r w:rsidRPr="000862BA">
              <w:rPr>
                <w:rFonts w:ascii="Cambria" w:hAnsi="Cambria"/>
                <w:sz w:val="16"/>
                <w:lang w:val="ro-RO"/>
              </w:rPr>
              <w:t xml:space="preserve"> Domiciliul</w:t>
            </w:r>
          </w:p>
        </w:tc>
      </w:tr>
      <w:tr w:rsidR="00846492" w:rsidRPr="000862BA" w14:paraId="3CD32D42" w14:textId="77777777" w:rsidTr="000862BA">
        <w:trPr>
          <w:trHeight w:val="510"/>
          <w:jc w:val="center"/>
        </w:trPr>
        <w:tc>
          <w:tcPr>
            <w:tcW w:w="3212" w:type="dxa"/>
            <w:gridSpan w:val="2"/>
          </w:tcPr>
          <w:p w14:paraId="5DBCC0C1" w14:textId="77777777" w:rsidR="00846492" w:rsidRPr="000862BA" w:rsidRDefault="00E53736" w:rsidP="000862BA">
            <w:pPr>
              <w:keepNext/>
              <w:rPr>
                <w:rFonts w:ascii="Cambria" w:hAnsi="Cambria"/>
                <w:lang w:val="ro-RO"/>
              </w:rPr>
            </w:pPr>
            <w:r w:rsidRPr="000862BA">
              <w:rPr>
                <w:rFonts w:ascii="Cambria" w:hAnsi="Cambria"/>
                <w:b/>
                <w:lang w:val="ro-RO"/>
              </w:rPr>
              <w:t>Județul</w:t>
            </w:r>
          </w:p>
          <w:p w14:paraId="2D3B8F2C" w14:textId="77777777" w:rsidR="00846492" w:rsidRPr="000862BA" w:rsidRDefault="00846492" w:rsidP="000862BA">
            <w:pPr>
              <w:keepNext/>
              <w:rPr>
                <w:rFonts w:ascii="Cambria" w:hAnsi="Cambria"/>
                <w:lang w:val="ro-RO"/>
              </w:rPr>
            </w:pPr>
          </w:p>
        </w:tc>
        <w:tc>
          <w:tcPr>
            <w:tcW w:w="3212" w:type="dxa"/>
            <w:gridSpan w:val="4"/>
          </w:tcPr>
          <w:p w14:paraId="60F04367" w14:textId="77777777" w:rsidR="00846492" w:rsidRPr="000862BA" w:rsidRDefault="00E53736" w:rsidP="000862BA">
            <w:pPr>
              <w:keepNext/>
              <w:rPr>
                <w:rFonts w:ascii="Cambria" w:hAnsi="Cambria"/>
                <w:lang w:val="ro-RO"/>
              </w:rPr>
            </w:pPr>
            <w:r w:rsidRPr="000862BA">
              <w:rPr>
                <w:rFonts w:ascii="Cambria" w:hAnsi="Cambria"/>
                <w:b/>
                <w:lang w:val="ro-RO"/>
              </w:rPr>
              <w:t>Municipiul / orașul / comuna</w:t>
            </w:r>
          </w:p>
          <w:p w14:paraId="7C56BE00" w14:textId="77777777" w:rsidR="00846492" w:rsidRPr="000862BA" w:rsidRDefault="00846492" w:rsidP="000862BA">
            <w:pPr>
              <w:keepNext/>
              <w:rPr>
                <w:rFonts w:ascii="Cambria" w:hAnsi="Cambria"/>
                <w:lang w:val="ro-RO"/>
              </w:rPr>
            </w:pPr>
          </w:p>
        </w:tc>
        <w:tc>
          <w:tcPr>
            <w:tcW w:w="3212" w:type="dxa"/>
            <w:gridSpan w:val="2"/>
          </w:tcPr>
          <w:p w14:paraId="26C4024F" w14:textId="77777777" w:rsidR="00846492" w:rsidRPr="000862BA" w:rsidRDefault="00E53736" w:rsidP="000862BA">
            <w:pPr>
              <w:keepNext/>
              <w:rPr>
                <w:rFonts w:ascii="Cambria" w:hAnsi="Cambria"/>
                <w:lang w:val="ro-RO"/>
              </w:rPr>
            </w:pPr>
            <w:r w:rsidRPr="000862BA">
              <w:rPr>
                <w:rFonts w:ascii="Cambria" w:hAnsi="Cambria"/>
                <w:b/>
                <w:lang w:val="ro-RO"/>
              </w:rPr>
              <w:t>Satul / sectorul</w:t>
            </w:r>
          </w:p>
          <w:p w14:paraId="4899515D" w14:textId="77777777" w:rsidR="00846492" w:rsidRPr="000862BA" w:rsidRDefault="00846492" w:rsidP="000862BA">
            <w:pPr>
              <w:keepNext/>
              <w:rPr>
                <w:rFonts w:ascii="Cambria" w:hAnsi="Cambria"/>
                <w:lang w:val="ro-RO"/>
              </w:rPr>
            </w:pPr>
          </w:p>
        </w:tc>
      </w:tr>
      <w:tr w:rsidR="00846492" w:rsidRPr="000862BA" w14:paraId="2A8317DE" w14:textId="77777777" w:rsidTr="000862BA">
        <w:trPr>
          <w:trHeight w:val="510"/>
          <w:jc w:val="center"/>
        </w:trPr>
        <w:tc>
          <w:tcPr>
            <w:tcW w:w="3212" w:type="dxa"/>
            <w:gridSpan w:val="2"/>
          </w:tcPr>
          <w:p w14:paraId="0C7C19F7" w14:textId="77777777" w:rsidR="00846492" w:rsidRPr="000862BA" w:rsidRDefault="00E53736" w:rsidP="000862BA">
            <w:pPr>
              <w:keepNext/>
              <w:rPr>
                <w:rFonts w:ascii="Cambria" w:hAnsi="Cambria"/>
                <w:lang w:val="ro-RO"/>
              </w:rPr>
            </w:pPr>
            <w:r w:rsidRPr="000862BA">
              <w:rPr>
                <w:rFonts w:ascii="Cambria" w:hAnsi="Cambria"/>
                <w:b/>
                <w:lang w:val="ro-RO"/>
              </w:rPr>
              <w:t>Strada</w:t>
            </w:r>
          </w:p>
          <w:p w14:paraId="0FFCDC2B" w14:textId="77777777" w:rsidR="00846492" w:rsidRPr="000862BA" w:rsidRDefault="00846492" w:rsidP="000862BA">
            <w:pPr>
              <w:keepNext/>
              <w:rPr>
                <w:rFonts w:ascii="Cambria" w:hAnsi="Cambria"/>
                <w:lang w:val="ro-RO"/>
              </w:rPr>
            </w:pPr>
          </w:p>
        </w:tc>
        <w:tc>
          <w:tcPr>
            <w:tcW w:w="803" w:type="dxa"/>
          </w:tcPr>
          <w:p w14:paraId="72972360" w14:textId="77777777" w:rsidR="00846492" w:rsidRPr="000862BA" w:rsidRDefault="00E53736" w:rsidP="000862BA">
            <w:pPr>
              <w:keepNext/>
              <w:rPr>
                <w:rFonts w:ascii="Cambria" w:hAnsi="Cambria"/>
                <w:lang w:val="ro-RO"/>
              </w:rPr>
            </w:pPr>
            <w:r w:rsidRPr="000862BA">
              <w:rPr>
                <w:rFonts w:ascii="Cambria" w:hAnsi="Cambria"/>
                <w:b/>
                <w:lang w:val="ro-RO"/>
              </w:rPr>
              <w:t>Nr.</w:t>
            </w:r>
          </w:p>
          <w:p w14:paraId="2B351E33" w14:textId="77777777" w:rsidR="00846492" w:rsidRPr="000862BA" w:rsidRDefault="00846492" w:rsidP="000862BA">
            <w:pPr>
              <w:keepNext/>
              <w:rPr>
                <w:rFonts w:ascii="Cambria" w:hAnsi="Cambria"/>
                <w:lang w:val="ro-RO"/>
              </w:rPr>
            </w:pPr>
          </w:p>
        </w:tc>
        <w:tc>
          <w:tcPr>
            <w:tcW w:w="803" w:type="dxa"/>
          </w:tcPr>
          <w:p w14:paraId="2FD45BFA" w14:textId="77777777" w:rsidR="00846492" w:rsidRPr="000862BA" w:rsidRDefault="00E53736" w:rsidP="000862BA">
            <w:pPr>
              <w:keepNext/>
              <w:rPr>
                <w:rFonts w:ascii="Cambria" w:hAnsi="Cambria"/>
                <w:lang w:val="ro-RO"/>
              </w:rPr>
            </w:pPr>
            <w:r w:rsidRPr="000862BA">
              <w:rPr>
                <w:rFonts w:ascii="Cambria" w:hAnsi="Cambria"/>
                <w:b/>
                <w:lang w:val="ro-RO"/>
              </w:rPr>
              <w:t>Sc.</w:t>
            </w:r>
          </w:p>
          <w:p w14:paraId="00D94A4F" w14:textId="77777777" w:rsidR="00846492" w:rsidRPr="000862BA" w:rsidRDefault="00846492" w:rsidP="000862BA">
            <w:pPr>
              <w:keepNext/>
              <w:rPr>
                <w:rFonts w:ascii="Cambria" w:hAnsi="Cambria"/>
                <w:lang w:val="ro-RO"/>
              </w:rPr>
            </w:pPr>
          </w:p>
        </w:tc>
        <w:tc>
          <w:tcPr>
            <w:tcW w:w="803" w:type="dxa"/>
          </w:tcPr>
          <w:p w14:paraId="2B046CED" w14:textId="77777777" w:rsidR="00846492" w:rsidRPr="000862BA" w:rsidRDefault="00E53736" w:rsidP="000862BA">
            <w:pPr>
              <w:keepNext/>
              <w:rPr>
                <w:rFonts w:ascii="Cambria" w:hAnsi="Cambria"/>
                <w:lang w:val="ro-RO"/>
              </w:rPr>
            </w:pPr>
            <w:r w:rsidRPr="000862BA">
              <w:rPr>
                <w:rFonts w:ascii="Cambria" w:hAnsi="Cambria"/>
                <w:b/>
                <w:lang w:val="ro-RO"/>
              </w:rPr>
              <w:t>Et.</w:t>
            </w:r>
          </w:p>
          <w:p w14:paraId="63D38ABA" w14:textId="77777777" w:rsidR="00846492" w:rsidRPr="000862BA" w:rsidRDefault="00846492" w:rsidP="000862BA">
            <w:pPr>
              <w:keepNext/>
              <w:rPr>
                <w:rFonts w:ascii="Cambria" w:hAnsi="Cambria"/>
                <w:lang w:val="ro-RO"/>
              </w:rPr>
            </w:pPr>
          </w:p>
        </w:tc>
        <w:tc>
          <w:tcPr>
            <w:tcW w:w="803" w:type="dxa"/>
          </w:tcPr>
          <w:p w14:paraId="457DE39D" w14:textId="77777777" w:rsidR="00846492" w:rsidRPr="000862BA" w:rsidRDefault="00E53736" w:rsidP="000862BA">
            <w:pPr>
              <w:keepNext/>
              <w:rPr>
                <w:rFonts w:ascii="Cambria" w:hAnsi="Cambria"/>
                <w:lang w:val="ro-RO"/>
              </w:rPr>
            </w:pPr>
            <w:r w:rsidRPr="000862BA">
              <w:rPr>
                <w:rFonts w:ascii="Cambria" w:hAnsi="Cambria"/>
                <w:b/>
                <w:lang w:val="ro-RO"/>
              </w:rPr>
              <w:t>Ap.</w:t>
            </w:r>
          </w:p>
          <w:p w14:paraId="0991DEB2" w14:textId="77777777" w:rsidR="00846492" w:rsidRPr="000862BA" w:rsidRDefault="00846492" w:rsidP="000862BA">
            <w:pPr>
              <w:keepNext/>
              <w:rPr>
                <w:rFonts w:ascii="Cambria" w:hAnsi="Cambria"/>
                <w:lang w:val="ro-RO"/>
              </w:rPr>
            </w:pPr>
          </w:p>
        </w:tc>
        <w:tc>
          <w:tcPr>
            <w:tcW w:w="1606" w:type="dxa"/>
          </w:tcPr>
          <w:p w14:paraId="3C191247" w14:textId="77777777" w:rsidR="00846492" w:rsidRPr="000862BA" w:rsidRDefault="00E53736" w:rsidP="000862BA">
            <w:pPr>
              <w:keepNext/>
              <w:rPr>
                <w:rFonts w:ascii="Cambria" w:hAnsi="Cambria"/>
                <w:lang w:val="ro-RO"/>
              </w:rPr>
            </w:pPr>
            <w:r w:rsidRPr="000862BA">
              <w:rPr>
                <w:rFonts w:ascii="Cambria" w:hAnsi="Cambria"/>
                <w:b/>
                <w:lang w:val="ro-RO"/>
              </w:rPr>
              <w:t>Cod poștal</w:t>
            </w:r>
          </w:p>
          <w:p w14:paraId="28DF0FCD" w14:textId="77777777" w:rsidR="00846492" w:rsidRPr="000862BA" w:rsidRDefault="00846492" w:rsidP="000862BA">
            <w:pPr>
              <w:keepNext/>
              <w:rPr>
                <w:rFonts w:ascii="Cambria" w:hAnsi="Cambria"/>
                <w:lang w:val="ro-RO"/>
              </w:rPr>
            </w:pPr>
          </w:p>
        </w:tc>
        <w:tc>
          <w:tcPr>
            <w:tcW w:w="1606" w:type="dxa"/>
          </w:tcPr>
          <w:p w14:paraId="106DF56E" w14:textId="77777777" w:rsidR="00846492" w:rsidRPr="000862BA" w:rsidRDefault="00E53736" w:rsidP="000862BA">
            <w:pPr>
              <w:keepNext/>
              <w:rPr>
                <w:rFonts w:ascii="Cambria" w:hAnsi="Cambria"/>
                <w:lang w:val="ro-RO"/>
              </w:rPr>
            </w:pPr>
            <w:r w:rsidRPr="000862BA">
              <w:rPr>
                <w:rFonts w:ascii="Cambria" w:hAnsi="Cambria"/>
                <w:b/>
                <w:lang w:val="ro-RO"/>
              </w:rPr>
              <w:t>Ț</w:t>
            </w:r>
            <w:r w:rsidRPr="000862BA">
              <w:rPr>
                <w:rFonts w:ascii="Cambria" w:hAnsi="Cambria"/>
                <w:b/>
                <w:lang w:val="ro-RO"/>
              </w:rPr>
              <w:t>ara</w:t>
            </w:r>
          </w:p>
          <w:p w14:paraId="656D3B26" w14:textId="77777777" w:rsidR="00846492" w:rsidRPr="000862BA" w:rsidRDefault="00846492" w:rsidP="000862BA">
            <w:pPr>
              <w:keepNext/>
              <w:rPr>
                <w:rFonts w:ascii="Cambria" w:hAnsi="Cambria"/>
                <w:lang w:val="ro-RO"/>
              </w:rPr>
            </w:pPr>
          </w:p>
        </w:tc>
      </w:tr>
      <w:tr w:rsidR="00846492" w:rsidRPr="000862BA" w14:paraId="23177AC9" w14:textId="77777777" w:rsidTr="000862BA">
        <w:trPr>
          <w:jc w:val="center"/>
        </w:trPr>
        <w:tc>
          <w:tcPr>
            <w:tcW w:w="9636" w:type="dxa"/>
            <w:gridSpan w:val="8"/>
            <w:shd w:val="clear" w:color="auto" w:fill="F4F4F4"/>
          </w:tcPr>
          <w:p w14:paraId="02376B2E" w14:textId="77777777" w:rsidR="00846492" w:rsidRPr="000862BA" w:rsidRDefault="00E53736" w:rsidP="000862BA">
            <w:pPr>
              <w:keepNext/>
              <w:rPr>
                <w:rFonts w:ascii="Cambria" w:hAnsi="Cambria"/>
                <w:lang w:val="ro-RO"/>
              </w:rPr>
            </w:pPr>
            <w:r w:rsidRPr="000862BA">
              <w:rPr>
                <w:rFonts w:ascii="Cambria" w:hAnsi="Cambria"/>
                <w:sz w:val="16"/>
                <w:lang w:val="ro-RO"/>
              </w:rPr>
              <w:t xml:space="preserve"> Date de contact</w:t>
            </w:r>
          </w:p>
        </w:tc>
      </w:tr>
      <w:tr w:rsidR="00846492" w:rsidRPr="000862BA" w14:paraId="4FED465A" w14:textId="77777777" w:rsidTr="000862BA">
        <w:trPr>
          <w:trHeight w:val="510"/>
          <w:jc w:val="center"/>
        </w:trPr>
        <w:tc>
          <w:tcPr>
            <w:tcW w:w="4015" w:type="dxa"/>
            <w:gridSpan w:val="3"/>
          </w:tcPr>
          <w:p w14:paraId="56CE37E7" w14:textId="77777777" w:rsidR="00846492" w:rsidRPr="000862BA" w:rsidRDefault="00E53736" w:rsidP="000862BA">
            <w:pPr>
              <w:keepNext/>
              <w:rPr>
                <w:rFonts w:ascii="Cambria" w:hAnsi="Cambria"/>
                <w:lang w:val="ro-RO"/>
              </w:rPr>
            </w:pPr>
            <w:r w:rsidRPr="000862BA">
              <w:rPr>
                <w:rFonts w:ascii="Cambria" w:hAnsi="Cambria"/>
                <w:b/>
                <w:lang w:val="ro-RO"/>
              </w:rPr>
              <w:t>Telefon / fax</w:t>
            </w:r>
          </w:p>
          <w:p w14:paraId="40438351" w14:textId="77777777" w:rsidR="00846492" w:rsidRPr="000862BA" w:rsidRDefault="00846492" w:rsidP="000862BA">
            <w:pPr>
              <w:keepNext/>
              <w:rPr>
                <w:rFonts w:ascii="Cambria" w:hAnsi="Cambria"/>
                <w:lang w:val="ro-RO"/>
              </w:rPr>
            </w:pPr>
          </w:p>
        </w:tc>
        <w:tc>
          <w:tcPr>
            <w:tcW w:w="5621" w:type="dxa"/>
            <w:gridSpan w:val="5"/>
          </w:tcPr>
          <w:p w14:paraId="79119190" w14:textId="77777777" w:rsidR="00846492" w:rsidRPr="000862BA" w:rsidRDefault="00E53736" w:rsidP="000862BA">
            <w:pPr>
              <w:keepNext/>
              <w:rPr>
                <w:rFonts w:ascii="Cambria" w:hAnsi="Cambria"/>
                <w:lang w:val="ro-RO"/>
              </w:rPr>
            </w:pPr>
            <w:r w:rsidRPr="000862BA">
              <w:rPr>
                <w:rFonts w:ascii="Cambria" w:hAnsi="Cambria"/>
                <w:b/>
                <w:lang w:val="ro-RO"/>
              </w:rPr>
              <w:t>E-mail</w:t>
            </w:r>
          </w:p>
          <w:p w14:paraId="320A4B08" w14:textId="77777777" w:rsidR="00846492" w:rsidRPr="000862BA" w:rsidRDefault="00846492" w:rsidP="000862BA">
            <w:pPr>
              <w:keepNext/>
              <w:rPr>
                <w:rFonts w:ascii="Cambria" w:hAnsi="Cambria"/>
                <w:lang w:val="ro-RO"/>
              </w:rPr>
            </w:pPr>
          </w:p>
        </w:tc>
      </w:tr>
      <w:tr w:rsidR="00846492" w:rsidRPr="000862BA" w14:paraId="02C440B7" w14:textId="77777777" w:rsidTr="000862BA">
        <w:trPr>
          <w:jc w:val="center"/>
        </w:trPr>
        <w:tc>
          <w:tcPr>
            <w:tcW w:w="9636" w:type="dxa"/>
            <w:gridSpan w:val="8"/>
          </w:tcPr>
          <w:p w14:paraId="5CB0B95E" w14:textId="77777777" w:rsidR="00846492" w:rsidRPr="000862BA" w:rsidRDefault="00E53736" w:rsidP="000862BA">
            <w:pPr>
              <w:rPr>
                <w:rFonts w:ascii="Cambria" w:hAnsi="Cambria"/>
                <w:lang w:val="ro-RO"/>
              </w:rPr>
            </w:pP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titular al dreptului de proprietate     </w:t>
            </w:r>
            <w:r w:rsidRPr="000862BA">
              <w:rPr>
                <w:rFonts w:ascii="Segoe UI Symbol" w:hAnsi="Segoe UI Symbol" w:cs="Segoe UI Symbol"/>
                <w:sz w:val="16"/>
                <w:lang w:val="ro-RO"/>
              </w:rPr>
              <w:t>☐</w:t>
            </w:r>
            <w:r w:rsidRPr="000862BA">
              <w:rPr>
                <w:rFonts w:ascii="Cambria" w:hAnsi="Cambria"/>
                <w:sz w:val="16"/>
                <w:lang w:val="ro-RO"/>
              </w:rPr>
              <w:t xml:space="preserve"> </w:t>
            </w:r>
            <w:r w:rsidRPr="000862BA">
              <w:rPr>
                <w:rFonts w:ascii="Cambria" w:hAnsi="Cambria" w:cs="Cambria"/>
                <w:sz w:val="16"/>
                <w:lang w:val="ro-RO"/>
              </w:rPr>
              <w:t>î</w:t>
            </w:r>
            <w:r w:rsidRPr="000862BA">
              <w:rPr>
                <w:rFonts w:ascii="Cambria" w:hAnsi="Cambria"/>
                <w:sz w:val="16"/>
                <w:lang w:val="ro-RO"/>
              </w:rPr>
              <w:t>mputernicit al titularului</w:t>
            </w:r>
          </w:p>
        </w:tc>
      </w:tr>
    </w:tbl>
    <w:p w14:paraId="3DF35FBB"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9"/>
        <w:gridCol w:w="1606"/>
        <w:gridCol w:w="1607"/>
        <w:gridCol w:w="1607"/>
      </w:tblGrid>
      <w:tr w:rsidR="00AD1D4A" w:rsidRPr="000862BA" w14:paraId="5929B42D" w14:textId="77777777" w:rsidTr="000862BA">
        <w:trPr>
          <w:jc w:val="center"/>
        </w:trPr>
        <w:tc>
          <w:tcPr>
            <w:tcW w:w="9636" w:type="dxa"/>
            <w:gridSpan w:val="4"/>
            <w:shd w:val="clear" w:color="auto" w:fill="F4F4F4"/>
          </w:tcPr>
          <w:p w14:paraId="0123E58B" w14:textId="77777777" w:rsidR="00AD1D4A" w:rsidRPr="000862BA" w:rsidRDefault="00AD1D4A" w:rsidP="000862BA">
            <w:pPr>
              <w:keepNext/>
              <w:rPr>
                <w:rFonts w:ascii="Cambria" w:hAnsi="Cambria"/>
                <w:lang w:val="ro-RO"/>
              </w:rPr>
            </w:pPr>
            <w:r w:rsidRPr="000862BA">
              <w:rPr>
                <w:rFonts w:ascii="Cambria" w:hAnsi="Cambria"/>
                <w:b/>
                <w:sz w:val="16"/>
                <w:lang w:val="ro-RO"/>
              </w:rPr>
              <w:t xml:space="preserve">3. </w:t>
            </w:r>
            <w:r w:rsidRPr="000862BA">
              <w:rPr>
                <w:rFonts w:ascii="Cambria" w:hAnsi="Cambria"/>
                <w:b/>
                <w:sz w:val="18"/>
                <w:lang w:val="ro-RO"/>
              </w:rPr>
              <w:t>IMOBILUL</w:t>
            </w:r>
          </w:p>
        </w:tc>
      </w:tr>
      <w:tr w:rsidR="00AD1D4A" w:rsidRPr="000862BA" w14:paraId="5039B336" w14:textId="77777777" w:rsidTr="000862BA">
        <w:trPr>
          <w:trHeight w:val="510"/>
          <w:jc w:val="center"/>
        </w:trPr>
        <w:tc>
          <w:tcPr>
            <w:tcW w:w="4818" w:type="dxa"/>
          </w:tcPr>
          <w:p w14:paraId="2FF20268" w14:textId="77777777" w:rsidR="00AD1D4A" w:rsidRPr="000862BA" w:rsidRDefault="00AD1D4A" w:rsidP="000862BA">
            <w:pPr>
              <w:keepNext/>
              <w:rPr>
                <w:rFonts w:ascii="Cambria" w:hAnsi="Cambria"/>
                <w:lang w:val="ro-RO"/>
              </w:rPr>
            </w:pPr>
            <w:r w:rsidRPr="000862BA">
              <w:rPr>
                <w:rFonts w:ascii="Cambria" w:hAnsi="Cambria"/>
                <w:b/>
                <w:lang w:val="ro-RO"/>
              </w:rPr>
              <w:t>Localizare / adresă</w:t>
            </w:r>
          </w:p>
          <w:p w14:paraId="72532FD6" w14:textId="77777777" w:rsidR="00AD1D4A" w:rsidRPr="000862BA" w:rsidRDefault="00AD1D4A" w:rsidP="000862BA">
            <w:pPr>
              <w:keepNext/>
              <w:rPr>
                <w:rFonts w:ascii="Cambria" w:hAnsi="Cambria"/>
                <w:lang w:val="ro-RO"/>
              </w:rPr>
            </w:pPr>
          </w:p>
        </w:tc>
        <w:tc>
          <w:tcPr>
            <w:tcW w:w="1606" w:type="dxa"/>
          </w:tcPr>
          <w:p w14:paraId="7C5F1FB2" w14:textId="77777777" w:rsidR="00AD1D4A" w:rsidRPr="000862BA" w:rsidRDefault="00AD1D4A" w:rsidP="000862BA">
            <w:pPr>
              <w:keepNext/>
              <w:rPr>
                <w:rFonts w:ascii="Cambria" w:hAnsi="Cambria"/>
                <w:lang w:val="ro-RO"/>
              </w:rPr>
            </w:pPr>
            <w:r w:rsidRPr="000862BA">
              <w:rPr>
                <w:rFonts w:ascii="Cambria" w:hAnsi="Cambria"/>
                <w:b/>
                <w:lang w:val="ro-RO"/>
              </w:rPr>
              <w:t>Nr. cadastral</w:t>
            </w:r>
          </w:p>
          <w:p w14:paraId="684FF2B6" w14:textId="77777777" w:rsidR="00AD1D4A" w:rsidRPr="000862BA" w:rsidRDefault="00AD1D4A" w:rsidP="000862BA">
            <w:pPr>
              <w:keepNext/>
              <w:rPr>
                <w:rFonts w:ascii="Cambria" w:hAnsi="Cambria"/>
                <w:lang w:val="ro-RO"/>
              </w:rPr>
            </w:pPr>
          </w:p>
        </w:tc>
        <w:tc>
          <w:tcPr>
            <w:tcW w:w="1606" w:type="dxa"/>
          </w:tcPr>
          <w:p w14:paraId="5E1F247B" w14:textId="77777777" w:rsidR="00AD1D4A" w:rsidRPr="000862BA" w:rsidRDefault="00AD1D4A" w:rsidP="000862BA">
            <w:pPr>
              <w:keepNext/>
              <w:rPr>
                <w:rFonts w:ascii="Cambria" w:hAnsi="Cambria"/>
                <w:lang w:val="ro-RO"/>
              </w:rPr>
            </w:pPr>
            <w:r w:rsidRPr="000862BA">
              <w:rPr>
                <w:rFonts w:ascii="Cambria" w:hAnsi="Cambria"/>
                <w:b/>
                <w:lang w:val="ro-RO"/>
              </w:rPr>
              <w:t>Carte funciară</w:t>
            </w:r>
          </w:p>
          <w:p w14:paraId="6BC75FE4" w14:textId="77777777" w:rsidR="00AD1D4A" w:rsidRPr="000862BA" w:rsidRDefault="00AD1D4A" w:rsidP="000862BA">
            <w:pPr>
              <w:keepNext/>
              <w:rPr>
                <w:rFonts w:ascii="Cambria" w:hAnsi="Cambria"/>
                <w:lang w:val="ro-RO"/>
              </w:rPr>
            </w:pPr>
          </w:p>
        </w:tc>
        <w:tc>
          <w:tcPr>
            <w:tcW w:w="1606" w:type="dxa"/>
          </w:tcPr>
          <w:p w14:paraId="5AB6AC88" w14:textId="77777777" w:rsidR="00AD1D4A" w:rsidRPr="000862BA" w:rsidRDefault="00AD1D4A" w:rsidP="000862BA">
            <w:pPr>
              <w:keepNext/>
              <w:rPr>
                <w:rFonts w:ascii="Cambria" w:hAnsi="Cambria"/>
                <w:lang w:val="ro-RO"/>
              </w:rPr>
            </w:pPr>
            <w:r w:rsidRPr="000862BA">
              <w:rPr>
                <w:rFonts w:ascii="Cambria" w:hAnsi="Cambria"/>
                <w:b/>
                <w:lang w:val="ro-RO"/>
              </w:rPr>
              <w:t>Suprafață (mp)</w:t>
            </w:r>
          </w:p>
          <w:p w14:paraId="2D05BD3E" w14:textId="77777777" w:rsidR="00AD1D4A" w:rsidRPr="000862BA" w:rsidRDefault="00AD1D4A" w:rsidP="000862BA">
            <w:pPr>
              <w:keepNext/>
              <w:rPr>
                <w:rFonts w:ascii="Cambria" w:hAnsi="Cambria"/>
                <w:lang w:val="ro-RO"/>
              </w:rPr>
            </w:pPr>
          </w:p>
        </w:tc>
      </w:tr>
      <w:tr w:rsidR="00AD1D4A" w:rsidRPr="000862BA" w14:paraId="3339180E" w14:textId="77777777" w:rsidTr="000862BA">
        <w:trPr>
          <w:jc w:val="center"/>
        </w:trPr>
        <w:tc>
          <w:tcPr>
            <w:tcW w:w="9636" w:type="dxa"/>
            <w:gridSpan w:val="4"/>
          </w:tcPr>
          <w:p w14:paraId="509D0797" w14:textId="77777777" w:rsidR="00AD1D4A" w:rsidRPr="000862BA" w:rsidRDefault="00AD1D4A" w:rsidP="000862BA">
            <w:pPr>
              <w:keepNext/>
              <w:rPr>
                <w:rFonts w:ascii="Cambria" w:hAnsi="Cambria"/>
                <w:lang w:val="ro-RO"/>
              </w:rPr>
            </w:pP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intravilan     </w:t>
            </w:r>
            <w:r w:rsidRPr="000862BA">
              <w:rPr>
                <w:rFonts w:ascii="Segoe UI Symbol" w:hAnsi="Segoe UI Symbol" w:cs="Segoe UI Symbol"/>
                <w:sz w:val="16"/>
                <w:lang w:val="ro-RO"/>
              </w:rPr>
              <w:t>☐</w:t>
            </w:r>
            <w:r w:rsidRPr="000862BA">
              <w:rPr>
                <w:rFonts w:ascii="Cambria" w:hAnsi="Cambria"/>
                <w:sz w:val="16"/>
                <w:lang w:val="ro-RO"/>
              </w:rPr>
              <w:t xml:space="preserve"> extravilan     </w:t>
            </w:r>
            <w:r w:rsidRPr="000862BA">
              <w:rPr>
                <w:rFonts w:ascii="Segoe UI Symbol" w:hAnsi="Segoe UI Symbol" w:cs="Segoe UI Symbol"/>
                <w:sz w:val="16"/>
                <w:lang w:val="ro-RO"/>
              </w:rPr>
              <w:t>☐</w:t>
            </w:r>
            <w:r w:rsidRPr="000862BA">
              <w:rPr>
                <w:rFonts w:ascii="Cambria" w:hAnsi="Cambria"/>
                <w:sz w:val="16"/>
                <w:lang w:val="ro-RO"/>
              </w:rPr>
              <w:t xml:space="preserve"> mediu rural     </w:t>
            </w:r>
            <w:r w:rsidRPr="000862BA">
              <w:rPr>
                <w:rFonts w:ascii="Segoe UI Symbol" w:hAnsi="Segoe UI Symbol" w:cs="Segoe UI Symbol"/>
                <w:sz w:val="16"/>
                <w:lang w:val="ro-RO"/>
              </w:rPr>
              <w:t>☐</w:t>
            </w:r>
            <w:r w:rsidRPr="000862BA">
              <w:rPr>
                <w:rFonts w:ascii="Cambria" w:hAnsi="Cambria"/>
                <w:sz w:val="16"/>
                <w:lang w:val="ro-RO"/>
              </w:rPr>
              <w:t xml:space="preserve"> mediu urban</w:t>
            </w:r>
          </w:p>
        </w:tc>
      </w:tr>
      <w:tr w:rsidR="00AD1D4A" w:rsidRPr="000862BA" w14:paraId="69FFC6D8" w14:textId="77777777" w:rsidTr="000862BA">
        <w:trPr>
          <w:jc w:val="center"/>
        </w:trPr>
        <w:tc>
          <w:tcPr>
            <w:tcW w:w="9636" w:type="dxa"/>
            <w:gridSpan w:val="4"/>
          </w:tcPr>
          <w:p w14:paraId="305C8FA7" w14:textId="77777777" w:rsidR="00AD1D4A" w:rsidRPr="000862BA" w:rsidRDefault="00AD1D4A" w:rsidP="000862BA">
            <w:pPr>
              <w:keepNext/>
              <w:rPr>
                <w:rFonts w:ascii="Cambria" w:hAnsi="Cambria"/>
                <w:lang w:val="ro-RO"/>
              </w:rPr>
            </w:pP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localitate rurală în zonă metropolitană: DA     </w:t>
            </w:r>
            <w:r w:rsidRPr="000862BA">
              <w:rPr>
                <w:rFonts w:ascii="Segoe UI Symbol" w:hAnsi="Segoe UI Symbol" w:cs="Segoe UI Symbol"/>
                <w:sz w:val="16"/>
                <w:lang w:val="ro-RO"/>
              </w:rPr>
              <w:t>☐</w:t>
            </w:r>
            <w:r w:rsidRPr="000862BA">
              <w:rPr>
                <w:rFonts w:ascii="Cambria" w:hAnsi="Cambria"/>
                <w:sz w:val="16"/>
                <w:lang w:val="ro-RO"/>
              </w:rPr>
              <w:t xml:space="preserve"> NU     </w:t>
            </w:r>
            <w:r w:rsidRPr="000862BA">
              <w:rPr>
                <w:rFonts w:ascii="Segoe UI Symbol" w:hAnsi="Segoe UI Symbol" w:cs="Segoe UI Symbol"/>
                <w:sz w:val="16"/>
                <w:lang w:val="ro-RO"/>
              </w:rPr>
              <w:t>☐</w:t>
            </w:r>
            <w:r w:rsidRPr="000862BA">
              <w:rPr>
                <w:rFonts w:ascii="Cambria" w:hAnsi="Cambria"/>
                <w:sz w:val="16"/>
                <w:lang w:val="ro-RO"/>
              </w:rPr>
              <w:t xml:space="preserve"> neaplicabil</w:t>
            </w:r>
          </w:p>
        </w:tc>
      </w:tr>
      <w:tr w:rsidR="00AD1D4A" w:rsidRPr="000862BA" w14:paraId="042EFAE0" w14:textId="77777777" w:rsidTr="000862BA">
        <w:trPr>
          <w:trHeight w:val="510"/>
          <w:jc w:val="center"/>
        </w:trPr>
        <w:tc>
          <w:tcPr>
            <w:tcW w:w="9636" w:type="dxa"/>
            <w:gridSpan w:val="4"/>
          </w:tcPr>
          <w:p w14:paraId="147C29C2" w14:textId="77777777" w:rsidR="00AD1D4A" w:rsidRPr="000862BA" w:rsidRDefault="00AD1D4A" w:rsidP="000862BA">
            <w:pPr>
              <w:keepNext/>
              <w:rPr>
                <w:rFonts w:ascii="Cambria" w:hAnsi="Cambria"/>
                <w:lang w:val="ro-RO"/>
              </w:rPr>
            </w:pPr>
            <w:r w:rsidRPr="000862BA">
              <w:rPr>
                <w:rFonts w:ascii="Cambria" w:hAnsi="Cambria"/>
                <w:b/>
                <w:lang w:val="ro-RO"/>
              </w:rPr>
              <w:t>Documentația de urbanism / UTR / reglementarea aplicabilă</w:t>
            </w:r>
          </w:p>
          <w:p w14:paraId="7A5AB06B" w14:textId="77777777" w:rsidR="00AD1D4A" w:rsidRPr="000862BA" w:rsidRDefault="00AD1D4A" w:rsidP="000862BA">
            <w:pPr>
              <w:keepNext/>
              <w:rPr>
                <w:rFonts w:ascii="Cambria" w:hAnsi="Cambria"/>
                <w:lang w:val="ro-RO"/>
              </w:rPr>
            </w:pPr>
          </w:p>
        </w:tc>
      </w:tr>
      <w:tr w:rsidR="00AD1D4A" w:rsidRPr="000862BA" w14:paraId="29E39CB8" w14:textId="77777777" w:rsidTr="000862BA">
        <w:trPr>
          <w:jc w:val="center"/>
        </w:trPr>
        <w:tc>
          <w:tcPr>
            <w:tcW w:w="9636" w:type="dxa"/>
            <w:gridSpan w:val="4"/>
          </w:tcPr>
          <w:p w14:paraId="195B1C8C" w14:textId="77777777" w:rsidR="00AD1D4A" w:rsidRPr="000862BA" w:rsidRDefault="00AD1D4A"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în afara zonelor construite protejate și a zonelor de protecție a monumentelor</w:t>
            </w:r>
          </w:p>
          <w:p w14:paraId="5762F10A" w14:textId="77777777" w:rsidR="00AD1D4A" w:rsidRPr="000862BA" w:rsidRDefault="00AD1D4A"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zonă construită protejată / zonă de protecție a monumentului</w:t>
            </w:r>
          </w:p>
          <w:p w14:paraId="09C5DFBB" w14:textId="77777777" w:rsidR="00AD1D4A" w:rsidRPr="000862BA" w:rsidRDefault="00AD1D4A"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monument istoric / în curs de clasare / valoare arhitecturală ori istorică</w:t>
            </w:r>
          </w:p>
          <w:p w14:paraId="0724CD46" w14:textId="77777777" w:rsidR="00AD1D4A" w:rsidRPr="000862BA" w:rsidRDefault="00AD1D4A"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alt regim special</w:t>
            </w:r>
          </w:p>
        </w:tc>
      </w:tr>
    </w:tbl>
    <w:p w14:paraId="49B46F46" w14:textId="7F20C751" w:rsidR="00AD1D4A" w:rsidRPr="000862BA" w:rsidRDefault="00AD1D4A" w:rsidP="000862BA">
      <w:pPr>
        <w:jc w:val="center"/>
        <w:rPr>
          <w:rFonts w:ascii="Cambria" w:hAnsi="Cambria"/>
          <w:sz w:val="18"/>
          <w:lang w:val="ro-RO"/>
        </w:rPr>
      </w:pPr>
      <w:r w:rsidRPr="000862BA">
        <w:rPr>
          <w:rFonts w:ascii="Cambria" w:hAnsi="Cambria"/>
          <w:sz w:val="18"/>
          <w:lang w:val="ro-RO"/>
        </w:rPr>
        <w:t>în temeiul art. 294–298 din Legea nr. 169/2026 privind Codul amenajării teritoriului, urbanismului și construcțiilor,</w:t>
      </w:r>
    </w:p>
    <w:p w14:paraId="0CB86961" w14:textId="77777777" w:rsidR="00D2019F" w:rsidRPr="000862BA" w:rsidRDefault="00E53736" w:rsidP="000862BA">
      <w:pPr>
        <w:jc w:val="center"/>
        <w:rPr>
          <w:rFonts w:ascii="Cambria" w:hAnsi="Cambria"/>
          <w:sz w:val="18"/>
          <w:lang w:val="ro-RO"/>
        </w:rPr>
      </w:pPr>
      <w:r w:rsidRPr="000862BA">
        <w:rPr>
          <w:rFonts w:ascii="Cambria" w:hAnsi="Cambria"/>
          <w:sz w:val="18"/>
          <w:lang w:val="ro-RO"/>
        </w:rPr>
        <w:t xml:space="preserve"> notific </w:t>
      </w:r>
    </w:p>
    <w:p w14:paraId="3836DA1E" w14:textId="278B64AA"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47CC1166" w14:textId="77777777" w:rsidTr="000862BA">
        <w:trPr>
          <w:jc w:val="center"/>
        </w:trPr>
        <w:tc>
          <w:tcPr>
            <w:tcW w:w="9636" w:type="dxa"/>
            <w:shd w:val="clear" w:color="auto" w:fill="F4F4F4"/>
          </w:tcPr>
          <w:p w14:paraId="2B5A71CA" w14:textId="4F17B5DB" w:rsidR="00846492" w:rsidRPr="000862BA" w:rsidRDefault="00E53736" w:rsidP="000862BA">
            <w:pPr>
              <w:keepNext/>
              <w:rPr>
                <w:rFonts w:ascii="Cambria" w:hAnsi="Cambria"/>
                <w:lang w:val="ro-RO"/>
              </w:rPr>
            </w:pPr>
            <w:r w:rsidRPr="000862BA">
              <w:rPr>
                <w:rFonts w:ascii="Cambria" w:hAnsi="Cambria"/>
                <w:b/>
                <w:sz w:val="16"/>
                <w:lang w:val="ro-RO"/>
              </w:rPr>
              <w:t xml:space="preserve"> 4. </w:t>
            </w:r>
            <w:r w:rsidR="00932ED5" w:rsidRPr="000862BA">
              <w:rPr>
                <w:rFonts w:ascii="Cambria" w:hAnsi="Cambria"/>
                <w:b/>
                <w:sz w:val="16"/>
                <w:lang w:val="ro-RO"/>
              </w:rPr>
              <w:t xml:space="preserve">EXECUTAREA URMĂTOARELOR </w:t>
            </w:r>
            <w:r w:rsidRPr="000862BA">
              <w:rPr>
                <w:rFonts w:ascii="Cambria" w:hAnsi="Cambria"/>
                <w:b/>
                <w:sz w:val="18"/>
                <w:lang w:val="ro-RO"/>
              </w:rPr>
              <w:t>LUCRĂRI</w:t>
            </w:r>
          </w:p>
        </w:tc>
      </w:tr>
      <w:tr w:rsidR="00846492" w:rsidRPr="000862BA" w14:paraId="56D845C5" w14:textId="77777777" w:rsidTr="000862BA">
        <w:trPr>
          <w:jc w:val="center"/>
        </w:trPr>
        <w:tc>
          <w:tcPr>
            <w:tcW w:w="9636" w:type="dxa"/>
            <w:shd w:val="clear" w:color="auto" w:fill="F4F4F4"/>
          </w:tcPr>
          <w:p w14:paraId="7AC446AD" w14:textId="02FE3DFF" w:rsidR="00846492" w:rsidRPr="000862BA" w:rsidRDefault="00E53736" w:rsidP="000862BA">
            <w:pPr>
              <w:keepNext/>
              <w:rPr>
                <w:rFonts w:ascii="Cambria" w:hAnsi="Cambria"/>
                <w:lang w:val="ro-RO"/>
              </w:rPr>
            </w:pPr>
            <w:r w:rsidRPr="000862BA">
              <w:rPr>
                <w:rFonts w:ascii="Cambria" w:hAnsi="Cambria"/>
                <w:sz w:val="16"/>
                <w:lang w:val="ro-RO"/>
              </w:rPr>
              <w:t xml:space="preserve"> A · Lucrări noi în mediul rural, în intravila</w:t>
            </w:r>
            <w:r w:rsidR="007C5D68" w:rsidRPr="000862BA">
              <w:rPr>
                <w:rFonts w:ascii="Cambria" w:hAnsi="Cambria"/>
                <w:sz w:val="16"/>
                <w:lang w:val="ro-RO"/>
              </w:rPr>
              <w:t xml:space="preserve">n, din categoria celor prevăzute la </w:t>
            </w:r>
            <w:r w:rsidRPr="000862BA">
              <w:rPr>
                <w:rFonts w:ascii="Cambria" w:hAnsi="Cambria"/>
                <w:sz w:val="16"/>
                <w:lang w:val="ro-RO"/>
              </w:rPr>
              <w:t>art. 294 alin. (2) lit. a)</w:t>
            </w:r>
            <w:r w:rsidR="007C5D68" w:rsidRPr="000862BA">
              <w:rPr>
                <w:rFonts w:ascii="Cambria" w:hAnsi="Cambria"/>
                <w:sz w:val="16"/>
                <w:lang w:val="ro-RO"/>
              </w:rPr>
              <w:t xml:space="preserve"> din Legea nr. 169/2026</w:t>
            </w:r>
          </w:p>
        </w:tc>
      </w:tr>
      <w:tr w:rsidR="00846492" w:rsidRPr="000862BA" w14:paraId="7CDD9B28" w14:textId="77777777" w:rsidTr="000862BA">
        <w:trPr>
          <w:jc w:val="center"/>
        </w:trPr>
        <w:tc>
          <w:tcPr>
            <w:tcW w:w="9636" w:type="dxa"/>
          </w:tcPr>
          <w:p w14:paraId="41F97833"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A.1 construcții noi exterioare locuinței unifamiliale (garaje, terase, pergole, piscine…)</w:t>
            </w:r>
          </w:p>
          <w:p w14:paraId="1A850A01" w14:textId="5FFFDA1D"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A.2 o singură locuință unifamilială (P sau D+P, max. 150 mp</w:t>
            </w:r>
            <w:r w:rsidR="00D2019F" w:rsidRPr="000862BA">
              <w:rPr>
                <w:rFonts w:ascii="Cambria" w:hAnsi="Cambria"/>
                <w:sz w:val="16"/>
                <w:lang w:val="ro-RO"/>
              </w:rPr>
              <w:t xml:space="preserve">) : </w:t>
            </w:r>
            <w:r w:rsidR="00D2019F" w:rsidRPr="000862BA">
              <w:rPr>
                <w:rFonts w:ascii="Segoe UI Symbol" w:hAnsi="Segoe UI Symbol" w:cs="Segoe UI Symbol"/>
                <w:sz w:val="16"/>
                <w:lang w:val="ro-RO"/>
              </w:rPr>
              <w:t>☐</w:t>
            </w:r>
            <w:r w:rsidR="00D2019F" w:rsidRPr="000862BA">
              <w:rPr>
                <w:rFonts w:ascii="Cambria" w:hAnsi="Cambria" w:cs="Segoe UI Symbol"/>
                <w:sz w:val="16"/>
                <w:lang w:val="ro-RO"/>
              </w:rPr>
              <w:t xml:space="preserve"> </w:t>
            </w:r>
            <w:r w:rsidRPr="000862BA">
              <w:rPr>
                <w:rFonts w:ascii="Cambria" w:hAnsi="Cambria"/>
                <w:sz w:val="16"/>
                <w:lang w:val="ro-RO"/>
              </w:rPr>
              <w:t>pe bază de proiect</w:t>
            </w:r>
            <w:r w:rsidR="007F39C2" w:rsidRPr="000862BA">
              <w:rPr>
                <w:rFonts w:ascii="Cambria" w:hAnsi="Cambria"/>
                <w:sz w:val="16"/>
                <w:lang w:val="ro-RO"/>
              </w:rPr>
              <w:t xml:space="preserve"> </w:t>
            </w:r>
            <w:r w:rsidR="00D2019F" w:rsidRPr="000862BA">
              <w:rPr>
                <w:rFonts w:ascii="Cambria" w:hAnsi="Cambria"/>
                <w:sz w:val="16"/>
                <w:lang w:val="ro-RO"/>
              </w:rPr>
              <w:t xml:space="preserve"> / </w:t>
            </w:r>
            <w:r w:rsidR="00D2019F" w:rsidRPr="000862BA">
              <w:rPr>
                <w:rFonts w:ascii="Segoe UI Symbol" w:hAnsi="Segoe UI Symbol" w:cs="Segoe UI Symbol"/>
                <w:sz w:val="16"/>
                <w:lang w:val="ro-RO"/>
              </w:rPr>
              <w:t>☐</w:t>
            </w:r>
            <w:r w:rsidR="00D2019F" w:rsidRPr="000862BA">
              <w:rPr>
                <w:rFonts w:ascii="Cambria" w:hAnsi="Cambria" w:cs="Segoe UI Symbol"/>
                <w:sz w:val="16"/>
                <w:lang w:val="ro-RO"/>
              </w:rPr>
              <w:t xml:space="preserve"> </w:t>
            </w:r>
            <w:r w:rsidR="00D2019F" w:rsidRPr="000862BA">
              <w:rPr>
                <w:rFonts w:ascii="Cambria" w:hAnsi="Cambria"/>
                <w:sz w:val="16"/>
                <w:lang w:val="ro-RO"/>
              </w:rPr>
              <w:t>pe bază de proiect-tip</w:t>
            </w:r>
          </w:p>
        </w:tc>
      </w:tr>
      <w:tr w:rsidR="00846492" w:rsidRPr="000862BA" w14:paraId="0B8A69FC" w14:textId="77777777" w:rsidTr="000862BA">
        <w:trPr>
          <w:jc w:val="center"/>
        </w:trPr>
        <w:tc>
          <w:tcPr>
            <w:tcW w:w="9636" w:type="dxa"/>
            <w:shd w:val="clear" w:color="auto" w:fill="F4F4F4"/>
          </w:tcPr>
          <w:p w14:paraId="5C9642B8" w14:textId="79EAAD23" w:rsidR="00846492" w:rsidRPr="000862BA" w:rsidRDefault="00E53736" w:rsidP="000862BA">
            <w:pPr>
              <w:keepNext/>
              <w:rPr>
                <w:rFonts w:ascii="Cambria" w:hAnsi="Cambria"/>
                <w:lang w:val="ro-RO"/>
              </w:rPr>
            </w:pPr>
            <w:r w:rsidRPr="000862BA">
              <w:rPr>
                <w:rFonts w:ascii="Cambria" w:hAnsi="Cambria"/>
                <w:sz w:val="16"/>
                <w:lang w:val="ro-RO"/>
              </w:rPr>
              <w:t xml:space="preserve"> B · Intervenții la construcții existente — </w:t>
            </w:r>
            <w:r w:rsidR="007C5D68" w:rsidRPr="000862BA">
              <w:rPr>
                <w:rFonts w:ascii="Cambria" w:hAnsi="Cambria"/>
                <w:sz w:val="16"/>
                <w:lang w:val="ro-RO"/>
              </w:rPr>
              <w:t>din categoria celor prevăzute la art. 294 alin. (2) lit. b) din Legea nr. 169/2026</w:t>
            </w:r>
          </w:p>
        </w:tc>
      </w:tr>
    </w:tbl>
    <w:p w14:paraId="2E89E498" w14:textId="77777777" w:rsidR="007C5D68" w:rsidRPr="000862BA" w:rsidRDefault="007C5D68" w:rsidP="000862BA">
      <w:pPr>
        <w:keepNext/>
        <w:rPr>
          <w:rFonts w:ascii="Cambria" w:hAnsi="Cambria"/>
          <w:sz w:val="16"/>
          <w:lang w:val="ro-RO"/>
        </w:rPr>
        <w:sectPr w:rsidR="007C5D68" w:rsidRPr="000862BA" w:rsidSect="000862BA">
          <w:footerReference w:type="default" r:id="rId9"/>
          <w:footerReference w:type="first" r:id="rId10"/>
          <w:pgSz w:w="11906" w:h="16838"/>
          <w:pgMar w:top="567" w:right="1134" w:bottom="567" w:left="1134" w:header="720" w:footer="227" w:gutter="0"/>
          <w:cols w:space="720"/>
          <w:titlePg/>
          <w:docGrid w:linePitch="360"/>
        </w:sect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4732131E" w14:textId="77777777" w:rsidTr="000862BA">
        <w:trPr>
          <w:jc w:val="center"/>
        </w:trPr>
        <w:tc>
          <w:tcPr>
            <w:tcW w:w="9636" w:type="dxa"/>
          </w:tcPr>
          <w:p w14:paraId="5810938E"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B.1 împrejmuiri noi</w:t>
            </w:r>
          </w:p>
          <w:p w14:paraId="0EF99278"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B.2 înlocuire / reconfigurare acoperiș</w:t>
            </w:r>
          </w:p>
          <w:p w14:paraId="1774BDF1"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B.3 amenajare mansardă în pod existent</w:t>
            </w:r>
          </w:p>
          <w:p w14:paraId="74A790CD"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B.4 renovare / extindere bucătărie sau baie; închidere unitară logii</w:t>
            </w:r>
          </w:p>
          <w:p w14:paraId="5B6B08E6"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B.5 compartimentări nestructurale</w:t>
            </w:r>
          </w:p>
          <w:p w14:paraId="34414648"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B.6 remodelări fațade fără rol structural</w:t>
            </w:r>
          </w:p>
        </w:tc>
      </w:tr>
    </w:tbl>
    <w:p w14:paraId="7B137162" w14:textId="77777777" w:rsidR="007C5D68" w:rsidRPr="000862BA" w:rsidRDefault="007C5D68" w:rsidP="000862BA">
      <w:pPr>
        <w:keepNext/>
        <w:rPr>
          <w:rFonts w:ascii="Cambria" w:hAnsi="Cambria"/>
          <w:sz w:val="16"/>
          <w:lang w:val="ro-RO"/>
        </w:rPr>
        <w:sectPr w:rsidR="007C5D68" w:rsidRPr="000862BA" w:rsidSect="000862BA">
          <w:type w:val="continuous"/>
          <w:pgSz w:w="11906" w:h="16838"/>
          <w:pgMar w:top="567" w:right="1134" w:bottom="454" w:left="1134" w:header="720" w:footer="227" w:gutter="0"/>
          <w:cols w:space="720"/>
          <w:docGrid w:linePitch="360"/>
        </w:sect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12083C8B" w14:textId="77777777" w:rsidTr="000862BA">
        <w:trPr>
          <w:jc w:val="center"/>
        </w:trPr>
        <w:tc>
          <w:tcPr>
            <w:tcW w:w="9636" w:type="dxa"/>
          </w:tcPr>
          <w:p w14:paraId="6714535E"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B.7 reabilitare energetică unitară (clădiri de locuit, max. 3 niveluri)</w:t>
            </w:r>
          </w:p>
          <w:p w14:paraId="11CF2574"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B.8 compartimentări demontabile / ușoare</w:t>
            </w:r>
          </w:p>
          <w:p w14:paraId="52DC809F"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B.9 schimbare de destinație fără lucrări</w:t>
            </w:r>
          </w:p>
          <w:p w14:paraId="703F376A"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B.10 grupuri sanitare / camere tehnice (max. 25 </w:t>
            </w:r>
            <w:r w:rsidRPr="000862BA">
              <w:rPr>
                <w:rFonts w:ascii="Cambria" w:hAnsi="Cambria"/>
                <w:sz w:val="16"/>
                <w:lang w:val="ro-RO"/>
              </w:rPr>
              <w:t>mp)</w:t>
            </w:r>
          </w:p>
          <w:p w14:paraId="443DCDAD"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B.11 întreținere / reparații curente la rețele edilitare</w:t>
            </w:r>
          </w:p>
        </w:tc>
      </w:tr>
    </w:tbl>
    <w:p w14:paraId="33F1B876" w14:textId="77777777" w:rsidR="007C5D68" w:rsidRPr="000862BA" w:rsidRDefault="007C5D68" w:rsidP="000862BA">
      <w:pPr>
        <w:keepNext/>
        <w:rPr>
          <w:rFonts w:ascii="Cambria" w:hAnsi="Cambria"/>
          <w:sz w:val="16"/>
          <w:lang w:val="ro-RO"/>
        </w:rPr>
        <w:sectPr w:rsidR="007C5D68" w:rsidRPr="000862BA" w:rsidSect="000862BA">
          <w:type w:val="continuous"/>
          <w:pgSz w:w="11906" w:h="16838"/>
          <w:pgMar w:top="567" w:right="1134" w:bottom="454" w:left="1134" w:header="720" w:footer="227" w:gutter="0"/>
          <w:cols w:space="720"/>
          <w:docGrid w:linePitch="360"/>
        </w:sect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72161EA7" w14:textId="77777777" w:rsidTr="000862BA">
        <w:trPr>
          <w:jc w:val="center"/>
        </w:trPr>
        <w:tc>
          <w:tcPr>
            <w:tcW w:w="9636" w:type="dxa"/>
            <w:shd w:val="clear" w:color="auto" w:fill="F4F4F4"/>
          </w:tcPr>
          <w:p w14:paraId="61075A0A" w14:textId="5E5087B1" w:rsidR="00846492" w:rsidRPr="000862BA" w:rsidRDefault="00E53736" w:rsidP="000862BA">
            <w:pPr>
              <w:keepNext/>
              <w:rPr>
                <w:rFonts w:ascii="Cambria" w:hAnsi="Cambria"/>
                <w:lang w:val="ro-RO"/>
              </w:rPr>
            </w:pPr>
            <w:r w:rsidRPr="000862BA">
              <w:rPr>
                <w:rFonts w:ascii="Cambria" w:hAnsi="Cambria"/>
                <w:sz w:val="16"/>
                <w:lang w:val="ro-RO"/>
              </w:rPr>
              <w:lastRenderedPageBreak/>
              <w:t xml:space="preserve"> C · În zone de protecție a monumentelor sau zone construite protejate —</w:t>
            </w:r>
            <w:r w:rsidR="007C5D68" w:rsidRPr="000862BA">
              <w:rPr>
                <w:rFonts w:ascii="Cambria" w:hAnsi="Cambria"/>
                <w:sz w:val="16"/>
                <w:lang w:val="ro-RO"/>
              </w:rPr>
              <w:t xml:space="preserve"> din categoria celor prevăzute la</w:t>
            </w:r>
            <w:r w:rsidRPr="000862BA">
              <w:rPr>
                <w:rFonts w:ascii="Cambria" w:hAnsi="Cambria"/>
                <w:sz w:val="16"/>
                <w:lang w:val="ro-RO"/>
              </w:rPr>
              <w:t xml:space="preserve"> art. 294 alin. (3)</w:t>
            </w:r>
            <w:r w:rsidR="007C5D68" w:rsidRPr="000862BA">
              <w:rPr>
                <w:rFonts w:ascii="Cambria" w:hAnsi="Cambria"/>
                <w:sz w:val="16"/>
                <w:lang w:val="ro-RO"/>
              </w:rPr>
              <w:t xml:space="preserve"> din Legea nr. 169/2026</w:t>
            </w:r>
          </w:p>
        </w:tc>
      </w:tr>
      <w:tr w:rsidR="00846492" w:rsidRPr="000862BA" w14:paraId="4142E776" w14:textId="77777777" w:rsidTr="000862BA">
        <w:trPr>
          <w:jc w:val="center"/>
        </w:trPr>
        <w:tc>
          <w:tcPr>
            <w:tcW w:w="9636" w:type="dxa"/>
          </w:tcPr>
          <w:p w14:paraId="55A2D185"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C.1 reparații / întreținere la construcții existente</w:t>
            </w:r>
          </w:p>
          <w:p w14:paraId="624CC809"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C.2 reparații interioare și înlocuiri</w:t>
            </w:r>
          </w:p>
          <w:p w14:paraId="36A2F09D"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C.3 reparații împrejmuiri / acoperișuri / terase / ziduri de sprijin</w:t>
            </w:r>
          </w:p>
          <w:p w14:paraId="23F58DBB"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C.4 compartimentări nestructurale demontabile</w:t>
            </w:r>
          </w:p>
          <w:p w14:paraId="1E4AF87B"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C.5 schimbare de destinație fără lucrări</w:t>
            </w:r>
          </w:p>
          <w:p w14:paraId="3D2B4D57" w14:textId="77777777" w:rsidR="00846492" w:rsidRPr="000862BA" w:rsidRDefault="00E53736"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C.6 instalații pentru securitate la </w:t>
            </w:r>
            <w:r w:rsidRPr="000862BA">
              <w:rPr>
                <w:rFonts w:ascii="Cambria" w:hAnsi="Cambria"/>
                <w:sz w:val="16"/>
                <w:lang w:val="ro-RO"/>
              </w:rPr>
              <w:t>incendiu</w:t>
            </w:r>
          </w:p>
        </w:tc>
      </w:tr>
      <w:tr w:rsidR="00846492" w:rsidRPr="000862BA" w14:paraId="75909A4E" w14:textId="77777777" w:rsidTr="000862BA">
        <w:trPr>
          <w:jc w:val="center"/>
        </w:trPr>
        <w:tc>
          <w:tcPr>
            <w:tcW w:w="9636" w:type="dxa"/>
            <w:shd w:val="clear" w:color="auto" w:fill="F4F4F4"/>
          </w:tcPr>
          <w:p w14:paraId="3EB66013" w14:textId="77777777" w:rsidR="00846492" w:rsidRPr="000862BA" w:rsidRDefault="00E53736" w:rsidP="000862BA">
            <w:pPr>
              <w:keepNext/>
              <w:rPr>
                <w:rFonts w:ascii="Cambria" w:hAnsi="Cambria"/>
                <w:lang w:val="ro-RO"/>
              </w:rPr>
            </w:pPr>
            <w:r w:rsidRPr="000862BA">
              <w:rPr>
                <w:rFonts w:ascii="Cambria" w:hAnsi="Cambria"/>
                <w:sz w:val="16"/>
                <w:lang w:val="ro-RO"/>
              </w:rPr>
              <w:t xml:space="preserve"> D · Lucrări de amenajare — art. 294 alin. </w:t>
            </w:r>
            <w:r w:rsidRPr="000862BA">
              <w:rPr>
                <w:rFonts w:ascii="Cambria" w:hAnsi="Cambria"/>
                <w:sz w:val="16"/>
                <w:lang w:val="ro-RO"/>
              </w:rPr>
              <w:t>(4)</w:t>
            </w:r>
          </w:p>
        </w:tc>
      </w:tr>
      <w:tr w:rsidR="007F39C2" w:rsidRPr="000862BA" w14:paraId="6EC00CA7" w14:textId="77777777" w:rsidTr="000862BA">
        <w:trPr>
          <w:trHeight w:val="1713"/>
          <w:jc w:val="center"/>
        </w:trPr>
        <w:tc>
          <w:tcPr>
            <w:tcW w:w="9636" w:type="dxa"/>
          </w:tcPr>
          <w:p w14:paraId="477CA7A2" w14:textId="77777777" w:rsidR="007F39C2" w:rsidRPr="000862BA" w:rsidRDefault="007F39C2"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D.1 campinguri / tabere din structuri ușoare</w:t>
            </w:r>
          </w:p>
          <w:p w14:paraId="1437D117" w14:textId="77777777" w:rsidR="007F39C2" w:rsidRPr="000862BA" w:rsidRDefault="007F39C2"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D.2 modificări în camping / sat de vacanță existent</w:t>
            </w:r>
          </w:p>
          <w:p w14:paraId="3C5D0DA9" w14:textId="77777777" w:rsidR="007F39C2" w:rsidRPr="000862BA" w:rsidRDefault="007F39C2"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D.3 teren de sport fără public / parc de distracții (max. 2 ha)</w:t>
            </w:r>
          </w:p>
          <w:p w14:paraId="468A70F6" w14:textId="77777777" w:rsidR="007F39C2" w:rsidRPr="000862BA" w:rsidRDefault="007F39C2" w:rsidP="000862BA">
            <w:pPr>
              <w:keepNext/>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D.4 spații publice / grădini de fațadă</w:t>
            </w:r>
          </w:p>
          <w:p w14:paraId="481C6914" w14:textId="77777777" w:rsidR="007F39C2" w:rsidRPr="000862BA" w:rsidRDefault="007F39C2"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D.5 trotuare / ziduri de sprijin / scări de acces / terase exterioare</w:t>
            </w:r>
          </w:p>
          <w:p w14:paraId="04F80AB2" w14:textId="77777777" w:rsidR="007F39C2" w:rsidRPr="000862BA" w:rsidRDefault="007F39C2"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D.6 perdele forestiere / împăduriri</w:t>
            </w:r>
          </w:p>
          <w:p w14:paraId="3ABF0DC1" w14:textId="77777777" w:rsidR="007F39C2" w:rsidRPr="000862BA" w:rsidRDefault="007F39C2"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D.7 construcții funerare</w:t>
            </w:r>
          </w:p>
          <w:p w14:paraId="58E1EFF9" w14:textId="4E7F7CB4" w:rsidR="007F39C2" w:rsidRPr="000862BA" w:rsidRDefault="007F39C2" w:rsidP="000862BA">
            <w:pPr>
              <w:rPr>
                <w:rFonts w:ascii="Cambria" w:hAnsi="Cambria"/>
                <w:lang w:val="ro-RO"/>
              </w:rPr>
            </w:pPr>
            <w:r w:rsidRPr="000862BA">
              <w:rPr>
                <w:rFonts w:ascii="Segoe UI Symbol" w:hAnsi="Segoe UI Symbol" w:cs="Segoe UI Symbol"/>
                <w:sz w:val="16"/>
                <w:lang w:val="ro-RO"/>
              </w:rPr>
              <w:t>☐</w:t>
            </w:r>
            <w:r w:rsidRPr="000862BA">
              <w:rPr>
                <w:rFonts w:ascii="Cambria" w:hAnsi="Cambria"/>
                <w:sz w:val="16"/>
                <w:lang w:val="ro-RO"/>
              </w:rPr>
              <w:t xml:space="preserve"> D.8 rampe de acces pentru persoanele cu dizabilități</w:t>
            </w:r>
          </w:p>
        </w:tc>
      </w:tr>
    </w:tbl>
    <w:p w14:paraId="391E1BA6"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6"/>
        <w:gridCol w:w="3213"/>
      </w:tblGrid>
      <w:tr w:rsidR="00846492" w:rsidRPr="000862BA" w14:paraId="44F8B006" w14:textId="77777777" w:rsidTr="000862BA">
        <w:trPr>
          <w:jc w:val="center"/>
        </w:trPr>
        <w:tc>
          <w:tcPr>
            <w:tcW w:w="9636" w:type="dxa"/>
            <w:gridSpan w:val="2"/>
            <w:shd w:val="clear" w:color="auto" w:fill="F4F4F4"/>
          </w:tcPr>
          <w:p w14:paraId="53176E8B"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5. </w:t>
            </w:r>
            <w:r w:rsidRPr="000862BA">
              <w:rPr>
                <w:rFonts w:ascii="Cambria" w:hAnsi="Cambria"/>
                <w:b/>
                <w:sz w:val="18"/>
                <w:lang w:val="ro-RO"/>
              </w:rPr>
              <w:t>PROIECTUL TEHNIC DE EXECUȚIE CU CONȚINUT SIMPLIFICAT</w:t>
            </w:r>
          </w:p>
        </w:tc>
      </w:tr>
      <w:tr w:rsidR="00846492" w:rsidRPr="000862BA" w14:paraId="77000619" w14:textId="77777777" w:rsidTr="000862BA">
        <w:trPr>
          <w:trHeight w:val="510"/>
          <w:jc w:val="center"/>
        </w:trPr>
        <w:tc>
          <w:tcPr>
            <w:tcW w:w="6424" w:type="dxa"/>
          </w:tcPr>
          <w:p w14:paraId="1385B4BE" w14:textId="77777777" w:rsidR="00846492" w:rsidRPr="000862BA" w:rsidRDefault="00E53736" w:rsidP="000862BA">
            <w:pPr>
              <w:keepNext/>
              <w:rPr>
                <w:rFonts w:ascii="Cambria" w:hAnsi="Cambria"/>
                <w:lang w:val="ro-RO"/>
              </w:rPr>
            </w:pPr>
            <w:r w:rsidRPr="000862BA">
              <w:rPr>
                <w:rFonts w:ascii="Cambria" w:hAnsi="Cambria"/>
                <w:b/>
                <w:lang w:val="ro-RO"/>
              </w:rPr>
              <w:t>Denumire / cod proiect</w:t>
            </w:r>
          </w:p>
          <w:p w14:paraId="0B739958" w14:textId="77777777" w:rsidR="00846492" w:rsidRPr="000862BA" w:rsidRDefault="00846492" w:rsidP="000862BA">
            <w:pPr>
              <w:keepNext/>
              <w:rPr>
                <w:rFonts w:ascii="Cambria" w:hAnsi="Cambria"/>
                <w:lang w:val="ro-RO"/>
              </w:rPr>
            </w:pPr>
          </w:p>
        </w:tc>
        <w:tc>
          <w:tcPr>
            <w:tcW w:w="3212" w:type="dxa"/>
          </w:tcPr>
          <w:p w14:paraId="6CCE80E9" w14:textId="77777777" w:rsidR="00846492" w:rsidRPr="000862BA" w:rsidRDefault="00E53736" w:rsidP="000862BA">
            <w:pPr>
              <w:keepNext/>
              <w:rPr>
                <w:rFonts w:ascii="Cambria" w:hAnsi="Cambria"/>
                <w:lang w:val="ro-RO"/>
              </w:rPr>
            </w:pPr>
            <w:r w:rsidRPr="000862BA">
              <w:rPr>
                <w:rFonts w:ascii="Cambria" w:hAnsi="Cambria"/>
                <w:b/>
                <w:lang w:val="ro-RO"/>
              </w:rPr>
              <w:t>Nr. / data</w:t>
            </w:r>
          </w:p>
          <w:p w14:paraId="49345079" w14:textId="77777777" w:rsidR="00846492" w:rsidRPr="000862BA" w:rsidRDefault="00846492" w:rsidP="000862BA">
            <w:pPr>
              <w:keepNext/>
              <w:rPr>
                <w:rFonts w:ascii="Cambria" w:hAnsi="Cambria"/>
                <w:lang w:val="ro-RO"/>
              </w:rPr>
            </w:pPr>
          </w:p>
        </w:tc>
      </w:tr>
      <w:tr w:rsidR="00846492" w:rsidRPr="000862BA" w14:paraId="69F57461" w14:textId="77777777" w:rsidTr="000862BA">
        <w:trPr>
          <w:trHeight w:val="510"/>
          <w:jc w:val="center"/>
        </w:trPr>
        <w:tc>
          <w:tcPr>
            <w:tcW w:w="6424" w:type="dxa"/>
          </w:tcPr>
          <w:p w14:paraId="56F6EC9C" w14:textId="64E86DC6" w:rsidR="00846492" w:rsidRPr="000862BA" w:rsidRDefault="00E53736" w:rsidP="000862BA">
            <w:pPr>
              <w:keepNext/>
              <w:rPr>
                <w:rFonts w:ascii="Cambria" w:hAnsi="Cambria"/>
                <w:lang w:val="ro-RO"/>
              </w:rPr>
            </w:pPr>
            <w:r w:rsidRPr="000862BA">
              <w:rPr>
                <w:rFonts w:ascii="Cambria" w:hAnsi="Cambria"/>
                <w:b/>
                <w:lang w:val="ro-RO"/>
              </w:rPr>
              <w:t>Arhitectură / coordonare — nume</w:t>
            </w:r>
            <w:r w:rsidR="00870FD7" w:rsidRPr="000862BA">
              <w:rPr>
                <w:rFonts w:ascii="Cambria" w:hAnsi="Cambria"/>
                <w:b/>
                <w:lang w:val="ro-RO"/>
              </w:rPr>
              <w:t>/prenume/</w:t>
            </w:r>
            <w:r w:rsidRPr="000862BA">
              <w:rPr>
                <w:rFonts w:ascii="Cambria" w:hAnsi="Cambria"/>
                <w:b/>
                <w:lang w:val="ro-RO"/>
              </w:rPr>
              <w:t xml:space="preserve">, </w:t>
            </w:r>
            <w:proofErr w:type="spellStart"/>
            <w:r w:rsidR="003F4418" w:rsidRPr="000862BA">
              <w:rPr>
                <w:rFonts w:ascii="Cambria" w:hAnsi="Cambria"/>
                <w:b/>
                <w:lang w:val="ro-RO"/>
              </w:rPr>
              <w:t>nr.TNA</w:t>
            </w:r>
            <w:proofErr w:type="spellEnd"/>
          </w:p>
          <w:p w14:paraId="59DFFC81" w14:textId="77777777" w:rsidR="00846492" w:rsidRPr="000862BA" w:rsidRDefault="00846492" w:rsidP="000862BA">
            <w:pPr>
              <w:keepNext/>
              <w:rPr>
                <w:rFonts w:ascii="Cambria" w:hAnsi="Cambria"/>
                <w:lang w:val="ro-RO"/>
              </w:rPr>
            </w:pPr>
          </w:p>
        </w:tc>
        <w:tc>
          <w:tcPr>
            <w:tcW w:w="3212" w:type="dxa"/>
          </w:tcPr>
          <w:p w14:paraId="00E6C6EB" w14:textId="77777777" w:rsidR="00846492" w:rsidRPr="000862BA" w:rsidRDefault="00E53736" w:rsidP="000862BA">
            <w:pPr>
              <w:keepNext/>
              <w:rPr>
                <w:rFonts w:ascii="Cambria" w:hAnsi="Cambria"/>
                <w:lang w:val="ro-RO"/>
              </w:rPr>
            </w:pPr>
            <w:r w:rsidRPr="000862BA">
              <w:rPr>
                <w:rFonts w:ascii="Cambria" w:hAnsi="Cambria"/>
                <w:b/>
                <w:lang w:val="ro-RO"/>
              </w:rPr>
              <w:t>Semnătura</w:t>
            </w:r>
          </w:p>
          <w:p w14:paraId="3069E7FC" w14:textId="77777777" w:rsidR="00846492" w:rsidRPr="000862BA" w:rsidRDefault="00846492" w:rsidP="000862BA">
            <w:pPr>
              <w:keepNext/>
              <w:rPr>
                <w:rFonts w:ascii="Cambria" w:hAnsi="Cambria"/>
                <w:lang w:val="ro-RO"/>
              </w:rPr>
            </w:pPr>
          </w:p>
        </w:tc>
      </w:tr>
      <w:tr w:rsidR="00846492" w:rsidRPr="000862BA" w14:paraId="54904FD3" w14:textId="77777777" w:rsidTr="000862BA">
        <w:trPr>
          <w:trHeight w:val="510"/>
          <w:jc w:val="center"/>
        </w:trPr>
        <w:tc>
          <w:tcPr>
            <w:tcW w:w="6424" w:type="dxa"/>
          </w:tcPr>
          <w:p w14:paraId="087E9DAC" w14:textId="1322E2DA" w:rsidR="00846492" w:rsidRPr="000862BA" w:rsidRDefault="00E53736" w:rsidP="000862BA">
            <w:pPr>
              <w:keepNext/>
              <w:rPr>
                <w:rFonts w:ascii="Cambria" w:hAnsi="Cambria"/>
                <w:lang w:val="ro-RO"/>
              </w:rPr>
            </w:pPr>
            <w:r w:rsidRPr="000862BA">
              <w:rPr>
                <w:rFonts w:ascii="Cambria" w:hAnsi="Cambria"/>
                <w:b/>
                <w:lang w:val="ro-RO"/>
              </w:rPr>
              <w:t xml:space="preserve">Structură </w:t>
            </w:r>
            <w:r w:rsidR="00870FD7" w:rsidRPr="000862BA">
              <w:rPr>
                <w:rFonts w:ascii="Cambria" w:hAnsi="Cambria"/>
                <w:b/>
                <w:lang w:val="ro-RO"/>
              </w:rPr>
              <w:t>— nume/prenume</w:t>
            </w:r>
          </w:p>
          <w:p w14:paraId="7C7384FB" w14:textId="77777777" w:rsidR="00846492" w:rsidRPr="000862BA" w:rsidRDefault="00846492" w:rsidP="000862BA">
            <w:pPr>
              <w:keepNext/>
              <w:rPr>
                <w:rFonts w:ascii="Cambria" w:hAnsi="Cambria"/>
                <w:lang w:val="ro-RO"/>
              </w:rPr>
            </w:pPr>
          </w:p>
        </w:tc>
        <w:tc>
          <w:tcPr>
            <w:tcW w:w="3212" w:type="dxa"/>
          </w:tcPr>
          <w:p w14:paraId="76C1858B" w14:textId="77777777" w:rsidR="00846492" w:rsidRPr="000862BA" w:rsidRDefault="00E53736" w:rsidP="000862BA">
            <w:pPr>
              <w:keepNext/>
              <w:rPr>
                <w:rFonts w:ascii="Cambria" w:hAnsi="Cambria"/>
                <w:lang w:val="ro-RO"/>
              </w:rPr>
            </w:pPr>
            <w:r w:rsidRPr="000862BA">
              <w:rPr>
                <w:rFonts w:ascii="Cambria" w:hAnsi="Cambria"/>
                <w:b/>
                <w:lang w:val="ro-RO"/>
              </w:rPr>
              <w:t>Semnătura</w:t>
            </w:r>
          </w:p>
          <w:p w14:paraId="792D2924" w14:textId="77777777" w:rsidR="00846492" w:rsidRPr="000862BA" w:rsidRDefault="00846492" w:rsidP="000862BA">
            <w:pPr>
              <w:keepNext/>
              <w:rPr>
                <w:rFonts w:ascii="Cambria" w:hAnsi="Cambria"/>
                <w:lang w:val="ro-RO"/>
              </w:rPr>
            </w:pPr>
          </w:p>
        </w:tc>
      </w:tr>
      <w:tr w:rsidR="00846492" w:rsidRPr="000862BA" w14:paraId="56A0A7FA" w14:textId="77777777" w:rsidTr="000862BA">
        <w:trPr>
          <w:trHeight w:val="510"/>
          <w:jc w:val="center"/>
        </w:trPr>
        <w:tc>
          <w:tcPr>
            <w:tcW w:w="6424" w:type="dxa"/>
          </w:tcPr>
          <w:p w14:paraId="17B2B759" w14:textId="214EC1CA" w:rsidR="00870FD7" w:rsidRPr="000862BA" w:rsidRDefault="00E53736" w:rsidP="000862BA">
            <w:pPr>
              <w:rPr>
                <w:rFonts w:ascii="Cambria" w:hAnsi="Cambria"/>
                <w:b/>
                <w:lang w:val="ro-RO"/>
              </w:rPr>
            </w:pPr>
            <w:r w:rsidRPr="000862BA">
              <w:rPr>
                <w:rFonts w:ascii="Cambria" w:hAnsi="Cambria"/>
                <w:b/>
                <w:lang w:val="ro-RO"/>
              </w:rPr>
              <w:t xml:space="preserve">Instalații </w:t>
            </w:r>
            <w:r w:rsidR="00870FD7" w:rsidRPr="000862BA">
              <w:rPr>
                <w:rFonts w:ascii="Cambria" w:hAnsi="Cambria"/>
                <w:b/>
                <w:lang w:val="ro-RO"/>
              </w:rPr>
              <w:t>— nume/prenume</w:t>
            </w:r>
            <w:r w:rsidR="00FD1916" w:rsidRPr="000862BA">
              <w:rPr>
                <w:rFonts w:ascii="Cambria" w:hAnsi="Cambria"/>
                <w:b/>
                <w:lang w:val="ro-RO"/>
              </w:rPr>
              <w:t>, specialitate</w:t>
            </w:r>
          </w:p>
          <w:p w14:paraId="3F533455" w14:textId="489AAF0C" w:rsidR="00846492" w:rsidRPr="000862BA" w:rsidRDefault="00870FD7" w:rsidP="000862BA">
            <w:pPr>
              <w:rPr>
                <w:rFonts w:ascii="Cambria" w:hAnsi="Cambria"/>
                <w:lang w:val="ro-RO"/>
              </w:rPr>
            </w:pPr>
            <w:r w:rsidRPr="000862BA">
              <w:rPr>
                <w:rFonts w:ascii="Cambria" w:hAnsi="Cambria"/>
                <w:b/>
                <w:lang w:val="ro-RO"/>
              </w:rPr>
              <w:t>Alte specialități (dacă este cazul)  — nume/prenume, atestare</w:t>
            </w:r>
          </w:p>
          <w:p w14:paraId="760B832F" w14:textId="77777777" w:rsidR="00846492" w:rsidRPr="000862BA" w:rsidRDefault="00846492" w:rsidP="000862BA">
            <w:pPr>
              <w:rPr>
                <w:rFonts w:ascii="Cambria" w:hAnsi="Cambria"/>
                <w:lang w:val="ro-RO"/>
              </w:rPr>
            </w:pPr>
          </w:p>
        </w:tc>
        <w:tc>
          <w:tcPr>
            <w:tcW w:w="3212" w:type="dxa"/>
          </w:tcPr>
          <w:p w14:paraId="32B487E7" w14:textId="77777777" w:rsidR="00846492" w:rsidRPr="000862BA" w:rsidRDefault="00E53736" w:rsidP="000862BA">
            <w:pPr>
              <w:rPr>
                <w:rFonts w:ascii="Cambria" w:hAnsi="Cambria"/>
                <w:lang w:val="ro-RO"/>
              </w:rPr>
            </w:pPr>
            <w:r w:rsidRPr="000862BA">
              <w:rPr>
                <w:rFonts w:ascii="Cambria" w:hAnsi="Cambria"/>
                <w:b/>
                <w:lang w:val="ro-RO"/>
              </w:rPr>
              <w:t>Semnătura</w:t>
            </w:r>
          </w:p>
          <w:p w14:paraId="52CE7D10" w14:textId="77777777" w:rsidR="00846492" w:rsidRPr="000862BA" w:rsidRDefault="00846492" w:rsidP="000862BA">
            <w:pPr>
              <w:rPr>
                <w:rFonts w:ascii="Cambria" w:hAnsi="Cambria"/>
                <w:lang w:val="ro-RO"/>
              </w:rPr>
            </w:pPr>
          </w:p>
        </w:tc>
      </w:tr>
    </w:tbl>
    <w:p w14:paraId="6C590180"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43092D09" w14:textId="77777777" w:rsidTr="000862BA">
        <w:trPr>
          <w:jc w:val="center"/>
        </w:trPr>
        <w:tc>
          <w:tcPr>
            <w:tcW w:w="9636" w:type="dxa"/>
            <w:shd w:val="clear" w:color="auto" w:fill="F4F4F4"/>
          </w:tcPr>
          <w:p w14:paraId="2D9B89FB"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6. </w:t>
            </w:r>
            <w:r w:rsidRPr="000862BA">
              <w:rPr>
                <w:rFonts w:ascii="Cambria" w:hAnsi="Cambria"/>
                <w:b/>
                <w:sz w:val="18"/>
                <w:lang w:val="ro-RO"/>
              </w:rPr>
              <w:t>SE ANEXEAZĂ</w:t>
            </w:r>
          </w:p>
        </w:tc>
      </w:tr>
      <w:tr w:rsidR="00846492" w:rsidRPr="000862BA" w14:paraId="08DC6175" w14:textId="77777777" w:rsidTr="000862BA">
        <w:trPr>
          <w:jc w:val="center"/>
        </w:trPr>
        <w:tc>
          <w:tcPr>
            <w:tcW w:w="9636" w:type="dxa"/>
          </w:tcPr>
          <w:p w14:paraId="21C5ABCB" w14:textId="77777777" w:rsidR="003F4418" w:rsidRPr="000862BA" w:rsidRDefault="00E53736" w:rsidP="000862BA">
            <w:pPr>
              <w:rPr>
                <w:rFonts w:ascii="Cambria" w:hAnsi="Cambria"/>
                <w:sz w:val="16"/>
                <w:lang w:val="ro-RO"/>
              </w:rPr>
            </w:pP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dovada titlului asupra imobilului     </w:t>
            </w:r>
            <w:r w:rsidRPr="000862BA">
              <w:rPr>
                <w:rFonts w:ascii="Segoe UI Symbol" w:hAnsi="Segoe UI Symbol" w:cs="Segoe UI Symbol"/>
                <w:sz w:val="16"/>
                <w:lang w:val="ro-RO"/>
              </w:rPr>
              <w:t>☐</w:t>
            </w:r>
            <w:r w:rsidRPr="000862BA">
              <w:rPr>
                <w:rFonts w:ascii="Cambria" w:hAnsi="Cambria"/>
                <w:sz w:val="16"/>
                <w:lang w:val="ro-RO"/>
              </w:rPr>
              <w:t xml:space="preserve"> proiectul tehnic cu con</w:t>
            </w:r>
            <w:r w:rsidRPr="000862BA">
              <w:rPr>
                <w:rFonts w:ascii="Cambria" w:hAnsi="Cambria" w:cs="Cambria"/>
                <w:sz w:val="16"/>
                <w:lang w:val="ro-RO"/>
              </w:rPr>
              <w:t>ț</w:t>
            </w:r>
            <w:r w:rsidRPr="000862BA">
              <w:rPr>
                <w:rFonts w:ascii="Cambria" w:hAnsi="Cambria"/>
                <w:sz w:val="16"/>
                <w:lang w:val="ro-RO"/>
              </w:rPr>
              <w:t xml:space="preserve">inut simplificat     </w:t>
            </w:r>
            <w:r w:rsidRPr="000862BA">
              <w:rPr>
                <w:rFonts w:ascii="Segoe UI Symbol" w:hAnsi="Segoe UI Symbol" w:cs="Segoe UI Symbol"/>
                <w:sz w:val="16"/>
                <w:lang w:val="ro-RO"/>
              </w:rPr>
              <w:t>☐</w:t>
            </w:r>
            <w:r w:rsidRPr="000862BA">
              <w:rPr>
                <w:rFonts w:ascii="Cambria" w:hAnsi="Cambria"/>
                <w:sz w:val="16"/>
                <w:lang w:val="ro-RO"/>
              </w:rPr>
              <w:t xml:space="preserve"> studiul geotehnic (obligatoriu la locuin</w:t>
            </w:r>
            <w:r w:rsidRPr="000862BA">
              <w:rPr>
                <w:rFonts w:ascii="Cambria" w:hAnsi="Cambria" w:cs="Cambria"/>
                <w:sz w:val="16"/>
                <w:lang w:val="ro-RO"/>
              </w:rPr>
              <w:t>ț</w:t>
            </w:r>
            <w:r w:rsidRPr="000862BA">
              <w:rPr>
                <w:rFonts w:ascii="Cambria" w:hAnsi="Cambria"/>
                <w:sz w:val="16"/>
                <w:lang w:val="ro-RO"/>
              </w:rPr>
              <w:t xml:space="preserve">e unifamiliale)     </w:t>
            </w:r>
          </w:p>
          <w:p w14:paraId="5BBEDD70" w14:textId="77777777" w:rsidR="003869B3" w:rsidRPr="000862BA" w:rsidRDefault="00E53736" w:rsidP="000862BA">
            <w:pPr>
              <w:rPr>
                <w:rFonts w:ascii="Cambria" w:hAnsi="Cambria"/>
                <w:sz w:val="16"/>
                <w:lang w:val="ro-RO"/>
              </w:rPr>
            </w:pPr>
            <w:r w:rsidRPr="000862BA">
              <w:rPr>
                <w:rFonts w:ascii="Segoe UI Symbol" w:hAnsi="Segoe UI Symbol" w:cs="Segoe UI Symbol"/>
                <w:sz w:val="16"/>
                <w:lang w:val="ro-RO"/>
              </w:rPr>
              <w:t>☐</w:t>
            </w:r>
            <w:r w:rsidRPr="000862BA">
              <w:rPr>
                <w:rFonts w:ascii="Cambria" w:hAnsi="Cambria"/>
                <w:sz w:val="16"/>
                <w:lang w:val="ro-RO"/>
              </w:rPr>
              <w:t xml:space="preserve"> studiul topografic </w:t>
            </w:r>
            <w:r w:rsidR="007F39C2" w:rsidRPr="000862BA">
              <w:rPr>
                <w:rFonts w:ascii="Cambria" w:hAnsi="Cambria"/>
                <w:sz w:val="16"/>
                <w:lang w:val="ro-RO"/>
              </w:rPr>
              <w:t xml:space="preserve">(obligatoriu la locuințe unifamiliale)     </w:t>
            </w: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acordul / avizul pentru patrimoniu, dup</w:t>
            </w:r>
            <w:r w:rsidRPr="000862BA">
              <w:rPr>
                <w:rFonts w:ascii="Cambria" w:hAnsi="Cambria" w:cs="Cambria"/>
                <w:sz w:val="16"/>
                <w:lang w:val="ro-RO"/>
              </w:rPr>
              <w:t>ă</w:t>
            </w:r>
            <w:r w:rsidRPr="000862BA">
              <w:rPr>
                <w:rFonts w:ascii="Cambria" w:hAnsi="Cambria"/>
                <w:sz w:val="16"/>
                <w:lang w:val="ro-RO"/>
              </w:rPr>
              <w:t xml:space="preserve"> caz  </w:t>
            </w:r>
          </w:p>
          <w:p w14:paraId="52119DB7" w14:textId="450281CB" w:rsidR="00846492" w:rsidRPr="000862BA" w:rsidRDefault="003869B3" w:rsidP="000862BA">
            <w:pPr>
              <w:rPr>
                <w:rFonts w:ascii="Cambria" w:hAnsi="Cambria"/>
                <w:sz w:val="16"/>
                <w:lang w:val="ro-RO"/>
              </w:rPr>
            </w:pPr>
            <w:r w:rsidRPr="000862BA">
              <w:rPr>
                <w:rFonts w:ascii="Segoe UI Symbol" w:hAnsi="Segoe UI Symbol" w:cs="Segoe UI Symbol"/>
                <w:sz w:val="16"/>
                <w:lang w:val="ro-RO"/>
              </w:rPr>
              <w:t>☐</w:t>
            </w:r>
            <w:r w:rsidRPr="000862BA">
              <w:rPr>
                <w:rFonts w:ascii="Cambria" w:hAnsi="Cambria"/>
                <w:sz w:val="16"/>
                <w:lang w:val="ro-RO"/>
              </w:rPr>
              <w:t xml:space="preserve"> avizul arhitectului-șef al județului (obligatoriu la locuințe unifamiliale)   </w:t>
            </w:r>
            <w:r w:rsidRPr="000862BA">
              <w:rPr>
                <w:rFonts w:ascii="Segoe UI Symbol" w:hAnsi="Segoe UI Symbol" w:cs="Segoe UI Symbol"/>
                <w:sz w:val="16"/>
                <w:lang w:val="ro-RO"/>
              </w:rPr>
              <w:t>☐</w:t>
            </w:r>
            <w:r w:rsidRPr="000862BA">
              <w:rPr>
                <w:rFonts w:ascii="Cambria" w:hAnsi="Cambria"/>
                <w:sz w:val="16"/>
                <w:lang w:val="ro-RO"/>
              </w:rPr>
              <w:t xml:space="preserve"> dovada plății taxelor</w:t>
            </w:r>
          </w:p>
        </w:tc>
      </w:tr>
    </w:tbl>
    <w:p w14:paraId="09936F2B"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772CA945" w14:textId="77777777" w:rsidTr="000862BA">
        <w:trPr>
          <w:jc w:val="center"/>
        </w:trPr>
        <w:tc>
          <w:tcPr>
            <w:tcW w:w="9636" w:type="dxa"/>
            <w:shd w:val="clear" w:color="auto" w:fill="F4F4F4"/>
          </w:tcPr>
          <w:p w14:paraId="781C77CB" w14:textId="19CE4852" w:rsidR="00846492" w:rsidRPr="000862BA" w:rsidRDefault="00E53736" w:rsidP="000862BA">
            <w:pPr>
              <w:keepNext/>
              <w:rPr>
                <w:rFonts w:ascii="Cambria" w:hAnsi="Cambria"/>
                <w:lang w:val="ro-RO"/>
              </w:rPr>
            </w:pPr>
            <w:r w:rsidRPr="000862BA">
              <w:rPr>
                <w:rFonts w:ascii="Cambria" w:hAnsi="Cambria"/>
                <w:b/>
                <w:sz w:val="16"/>
                <w:lang w:val="ro-RO"/>
              </w:rPr>
              <w:t xml:space="preserve"> </w:t>
            </w:r>
            <w:r w:rsidRPr="000862BA">
              <w:rPr>
                <w:rFonts w:ascii="Cambria" w:hAnsi="Cambria"/>
                <w:b/>
                <w:sz w:val="16"/>
                <w:lang w:val="ro-RO"/>
              </w:rPr>
              <w:t xml:space="preserve">7. </w:t>
            </w:r>
            <w:r w:rsidRPr="000862BA">
              <w:rPr>
                <w:rFonts w:ascii="Cambria" w:hAnsi="Cambria"/>
                <w:b/>
                <w:sz w:val="18"/>
                <w:lang w:val="ro-RO"/>
              </w:rPr>
              <w:t>RĂSPUNDEREA</w:t>
            </w:r>
          </w:p>
        </w:tc>
      </w:tr>
      <w:tr w:rsidR="00846492" w:rsidRPr="000862BA" w14:paraId="07FE9B19" w14:textId="77777777" w:rsidTr="000862BA">
        <w:trPr>
          <w:jc w:val="center"/>
        </w:trPr>
        <w:tc>
          <w:tcPr>
            <w:tcW w:w="9636" w:type="dxa"/>
          </w:tcPr>
          <w:p w14:paraId="2257FB8D" w14:textId="77777777" w:rsidR="00846492" w:rsidRPr="000862BA" w:rsidRDefault="00E53736" w:rsidP="000862BA">
            <w:pPr>
              <w:rPr>
                <w:rFonts w:ascii="Cambria" w:hAnsi="Cambria"/>
                <w:i/>
                <w:sz w:val="17"/>
                <w:lang w:val="ro-RO"/>
              </w:rPr>
            </w:pPr>
            <w:r w:rsidRPr="000862BA">
              <w:rPr>
                <w:rFonts w:ascii="Cambria" w:hAnsi="Cambria"/>
                <w:i/>
                <w:sz w:val="17"/>
                <w:lang w:val="ro-RO"/>
              </w:rPr>
              <w:t>Declar că lucrările notificate se încadrează strict în art. 294 din Lege</w:t>
            </w:r>
            <w:r w:rsidR="003F4418" w:rsidRPr="000862BA">
              <w:rPr>
                <w:rFonts w:ascii="Cambria" w:hAnsi="Cambria"/>
                <w:i/>
                <w:sz w:val="17"/>
                <w:lang w:val="ro-RO"/>
              </w:rPr>
              <w:t>a nr. 169/2026 și</w:t>
            </w:r>
            <w:r w:rsidRPr="000862BA">
              <w:rPr>
                <w:rFonts w:ascii="Cambria" w:hAnsi="Cambria"/>
                <w:i/>
                <w:sz w:val="17"/>
                <w:lang w:val="ro-RO"/>
              </w:rPr>
              <w:t xml:space="preserve"> cunosc faptul că confirmarea înregistrării nu echivalează cu aprobarea notificării, iar răspunderea pentru corectitudinea proiectului revine proiectanților, pe specialități.</w:t>
            </w:r>
          </w:p>
          <w:p w14:paraId="76D9B038" w14:textId="34ABA3C0" w:rsidR="00852977" w:rsidRPr="000862BA" w:rsidRDefault="00852977" w:rsidP="000862BA">
            <w:pPr>
              <w:rPr>
                <w:rFonts w:ascii="Cambria" w:hAnsi="Cambria"/>
                <w:i/>
                <w:sz w:val="17"/>
                <w:lang w:val="ro-RO"/>
              </w:rPr>
            </w:pPr>
            <w:r w:rsidRPr="000862BA">
              <w:rPr>
                <w:rFonts w:ascii="Cambria" w:hAnsi="Cambria"/>
                <w:i/>
                <w:sz w:val="17"/>
                <w:lang w:val="ro-RO"/>
              </w:rP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0862BA" w:rsidRDefault="004D2D0E" w:rsidP="000862BA">
            <w:pPr>
              <w:rPr>
                <w:rFonts w:ascii="Cambria" w:hAnsi="Cambria"/>
                <w:lang w:val="ro-RO"/>
              </w:rPr>
            </w:pPr>
          </w:p>
        </w:tc>
      </w:tr>
      <w:tr w:rsidR="00FD1916" w:rsidRPr="000862BA" w14:paraId="429E984E" w14:textId="77777777" w:rsidTr="0008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636" w:type="dxa"/>
          </w:tcPr>
          <w:p w14:paraId="7BAD4E37" w14:textId="1715B45F" w:rsidR="00FD1916" w:rsidRPr="000862BA" w:rsidRDefault="00FD1916" w:rsidP="000862BA">
            <w:pPr>
              <w:keepNext/>
              <w:rPr>
                <w:rFonts w:ascii="Cambria" w:hAnsi="Cambria"/>
                <w:lang w:val="ro-RO"/>
              </w:rPr>
            </w:pPr>
            <w:r w:rsidRPr="000862BA">
              <w:rPr>
                <w:rFonts w:ascii="Cambria" w:hAnsi="Cambria"/>
                <w:b/>
                <w:sz w:val="16"/>
                <w:lang w:val="ro-RO"/>
              </w:rPr>
              <w:t xml:space="preserve">7. </w:t>
            </w:r>
            <w:r w:rsidRPr="000862BA">
              <w:rPr>
                <w:rFonts w:ascii="Cambria" w:hAnsi="Cambria"/>
                <w:b/>
                <w:sz w:val="18"/>
                <w:lang w:val="ro-RO"/>
              </w:rPr>
              <w:t>OBILIGAȚII</w:t>
            </w:r>
          </w:p>
        </w:tc>
      </w:tr>
      <w:tr w:rsidR="00FD1916" w:rsidRPr="000862BA" w14:paraId="78627F24" w14:textId="77777777" w:rsidTr="00086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636" w:type="dxa"/>
          </w:tcPr>
          <w:p w14:paraId="6FB9E773" w14:textId="77777777" w:rsidR="00FD1916" w:rsidRPr="000862BA" w:rsidRDefault="00FD1916" w:rsidP="000862BA">
            <w:pPr>
              <w:rPr>
                <w:rFonts w:ascii="Cambria" w:hAnsi="Cambria"/>
                <w:i/>
                <w:sz w:val="17"/>
                <w:lang w:val="ro-RO"/>
              </w:rPr>
            </w:pPr>
            <w:r w:rsidRPr="000862BA">
              <w:rPr>
                <w:rFonts w:ascii="Cambria" w:hAnsi="Cambria"/>
                <w:i/>
                <w:sz w:val="17"/>
                <w:lang w:val="ro-RO"/>
              </w:rPr>
              <w:t>Beneficiarul lucrărilor de construire notificate are obligația amplasării panoului de identificare a investiției la loc vizibil pe durata execuției – cf. art. 298 alin. (5) din Legea nr.169/2026</w:t>
            </w:r>
          </w:p>
          <w:p w14:paraId="49F117C5" w14:textId="7C82B897" w:rsidR="00FD1916" w:rsidRPr="000862BA" w:rsidRDefault="00FD1916" w:rsidP="000862BA">
            <w:pPr>
              <w:rPr>
                <w:rFonts w:ascii="Cambria" w:hAnsi="Cambria"/>
                <w:i/>
                <w:iCs/>
                <w:sz w:val="17"/>
                <w:szCs w:val="17"/>
                <w:lang w:val="ro-RO"/>
              </w:rPr>
            </w:pPr>
            <w:r w:rsidRPr="000862BA">
              <w:rPr>
                <w:rFonts w:ascii="Cambria" w:hAnsi="Cambria"/>
                <w:i/>
                <w:iCs/>
                <w:sz w:val="17"/>
                <w:szCs w:val="17"/>
                <w:lang w:val="ro-RO"/>
              </w:rPr>
              <w:t xml:space="preserve">Beneficiarul lucrărilor de construire notificate are obligația efectuării recepției la terminarea lucrărilor, între executant, beneficiar </w:t>
            </w:r>
            <w:proofErr w:type="spellStart"/>
            <w:r w:rsidRPr="000862BA">
              <w:rPr>
                <w:rFonts w:ascii="Cambria" w:hAnsi="Cambria"/>
                <w:i/>
                <w:iCs/>
                <w:sz w:val="17"/>
                <w:szCs w:val="17"/>
                <w:lang w:val="ro-RO"/>
              </w:rPr>
              <w:t>şi</w:t>
            </w:r>
            <w:proofErr w:type="spellEnd"/>
            <w:r w:rsidRPr="000862BA">
              <w:rPr>
                <w:rFonts w:ascii="Cambria" w:hAnsi="Cambria"/>
                <w:i/>
                <w:iCs/>
                <w:sz w:val="17"/>
                <w:szCs w:val="17"/>
                <w:lang w:val="ro-RO"/>
              </w:rPr>
              <w:t xml:space="preserve"> un reprezentant al </w:t>
            </w:r>
            <w:proofErr w:type="spellStart"/>
            <w:r w:rsidRPr="000862BA">
              <w:rPr>
                <w:rFonts w:ascii="Cambria" w:hAnsi="Cambria"/>
                <w:i/>
                <w:iCs/>
                <w:sz w:val="17"/>
                <w:szCs w:val="17"/>
                <w:lang w:val="ro-RO"/>
              </w:rPr>
              <w:t>unităţii</w:t>
            </w:r>
            <w:proofErr w:type="spellEnd"/>
            <w:r w:rsidRPr="000862BA">
              <w:rPr>
                <w:rFonts w:ascii="Cambria" w:hAnsi="Cambria"/>
                <w:i/>
                <w:iCs/>
                <w:sz w:val="17"/>
                <w:szCs w:val="17"/>
                <w:lang w:val="ro-RO"/>
              </w:rPr>
              <w:t xml:space="preserve">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 -  cf. art. 298 alin.(6) din Legea nr.196/2026</w:t>
            </w:r>
          </w:p>
          <w:p w14:paraId="4129B71C" w14:textId="77777777" w:rsidR="00FD1916" w:rsidRPr="000862BA" w:rsidRDefault="00FD1916" w:rsidP="000862BA">
            <w:pPr>
              <w:rPr>
                <w:rFonts w:ascii="Cambria" w:hAnsi="Cambria"/>
                <w:lang w:val="ro-RO"/>
              </w:rPr>
            </w:pPr>
          </w:p>
        </w:tc>
      </w:tr>
    </w:tbl>
    <w:p w14:paraId="4D90C049"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9"/>
      </w:tblGrid>
      <w:tr w:rsidR="00846492" w:rsidRPr="000862BA" w14:paraId="7D671102" w14:textId="77777777" w:rsidTr="000862BA">
        <w:trPr>
          <w:jc w:val="center"/>
        </w:trPr>
        <w:tc>
          <w:tcPr>
            <w:tcW w:w="9636" w:type="dxa"/>
            <w:shd w:val="clear" w:color="auto" w:fill="F4F4F4"/>
          </w:tcPr>
          <w:p w14:paraId="452D7ED2"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w:t>
            </w:r>
            <w:r w:rsidRPr="000862BA">
              <w:rPr>
                <w:rFonts w:ascii="Cambria" w:hAnsi="Cambria"/>
                <w:b/>
                <w:sz w:val="16"/>
                <w:lang w:val="ro-RO"/>
              </w:rPr>
              <w:t xml:space="preserve">8. </w:t>
            </w:r>
            <w:r w:rsidRPr="000862BA">
              <w:rPr>
                <w:rFonts w:ascii="Cambria" w:hAnsi="Cambria"/>
                <w:b/>
                <w:sz w:val="18"/>
                <w:lang w:val="ro-RO"/>
              </w:rPr>
              <w:t>COMUNICAREA RĂSPUNSULUI</w:t>
            </w:r>
          </w:p>
        </w:tc>
      </w:tr>
      <w:tr w:rsidR="00846492" w:rsidRPr="000862BA" w14:paraId="22149040" w14:textId="77777777" w:rsidTr="000862BA">
        <w:trPr>
          <w:jc w:val="center"/>
        </w:trPr>
        <w:tc>
          <w:tcPr>
            <w:tcW w:w="9636" w:type="dxa"/>
          </w:tcPr>
          <w:p w14:paraId="760467F1" w14:textId="77777777" w:rsidR="00846492" w:rsidRPr="000862BA" w:rsidRDefault="00E53736" w:rsidP="000862BA">
            <w:pPr>
              <w:rPr>
                <w:rFonts w:ascii="Cambria" w:hAnsi="Cambria"/>
                <w:lang w:val="ro-RO"/>
              </w:rPr>
            </w:pP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w:t>
            </w:r>
            <w:r w:rsidRPr="000862BA">
              <w:rPr>
                <w:rFonts w:ascii="Cambria" w:hAnsi="Cambria" w:cs="Cambria"/>
                <w:sz w:val="16"/>
                <w:lang w:val="ro-RO"/>
              </w:rPr>
              <w:t>î</w:t>
            </w:r>
            <w:r w:rsidRPr="000862BA">
              <w:rPr>
                <w:rFonts w:ascii="Cambria" w:hAnsi="Cambria"/>
                <w:sz w:val="16"/>
                <w:lang w:val="ro-RO"/>
              </w:rPr>
              <w:t>n format scris, prin po</w:t>
            </w:r>
            <w:r w:rsidRPr="000862BA">
              <w:rPr>
                <w:rFonts w:ascii="Cambria" w:hAnsi="Cambria" w:cs="Cambria"/>
                <w:sz w:val="16"/>
                <w:lang w:val="ro-RO"/>
              </w:rPr>
              <w:t>ș</w:t>
            </w:r>
            <w:r w:rsidRPr="000862BA">
              <w:rPr>
                <w:rFonts w:ascii="Cambria" w:hAnsi="Cambria"/>
                <w:sz w:val="16"/>
                <w:lang w:val="ro-RO"/>
              </w:rPr>
              <w:t>t</w:t>
            </w:r>
            <w:r w:rsidRPr="000862BA">
              <w:rPr>
                <w:rFonts w:ascii="Cambria" w:hAnsi="Cambria" w:cs="Cambria"/>
                <w:sz w:val="16"/>
                <w:lang w:val="ro-RO"/>
              </w:rPr>
              <w:t>ă</w:t>
            </w: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w:t>
            </w:r>
            <w:r w:rsidRPr="000862BA">
              <w:rPr>
                <w:rFonts w:ascii="Cambria" w:hAnsi="Cambria" w:cs="Cambria"/>
                <w:sz w:val="16"/>
                <w:lang w:val="ro-RO"/>
              </w:rPr>
              <w:t>î</w:t>
            </w:r>
            <w:r w:rsidRPr="000862BA">
              <w:rPr>
                <w:rFonts w:ascii="Cambria" w:hAnsi="Cambria"/>
                <w:sz w:val="16"/>
                <w:lang w:val="ro-RO"/>
              </w:rPr>
              <w:t>n format digital, la adresa de e-mail indicat</w:t>
            </w:r>
            <w:r w:rsidRPr="000862BA">
              <w:rPr>
                <w:rFonts w:ascii="Cambria" w:hAnsi="Cambria" w:cs="Cambria"/>
                <w:sz w:val="16"/>
                <w:lang w:val="ro-RO"/>
              </w:rPr>
              <w:t>ă</w:t>
            </w:r>
            <w:r w:rsidRPr="000862BA">
              <w:rPr>
                <w:rFonts w:ascii="Cambria" w:hAnsi="Cambria"/>
                <w:sz w:val="16"/>
                <w:lang w:val="ro-RO"/>
              </w:rPr>
              <w:t xml:space="preserve">     </w:t>
            </w:r>
            <w:r w:rsidRPr="000862BA">
              <w:rPr>
                <w:rFonts w:ascii="Segoe UI Symbol" w:hAnsi="Segoe UI Symbol" w:cs="Segoe UI Symbol"/>
                <w:sz w:val="16"/>
                <w:lang w:val="ro-RO"/>
              </w:rPr>
              <w:t>☐</w:t>
            </w:r>
            <w:r w:rsidRPr="000862BA">
              <w:rPr>
                <w:rFonts w:ascii="Cambria" w:hAnsi="Cambria"/>
                <w:sz w:val="16"/>
                <w:lang w:val="ro-RO"/>
              </w:rPr>
              <w:t xml:space="preserve"> ridicare de la sediul autorit</w:t>
            </w:r>
            <w:r w:rsidRPr="000862BA">
              <w:rPr>
                <w:rFonts w:ascii="Cambria" w:hAnsi="Cambria" w:cs="Cambria"/>
                <w:sz w:val="16"/>
                <w:lang w:val="ro-RO"/>
              </w:rPr>
              <w:t>ăț</w:t>
            </w:r>
            <w:r w:rsidRPr="000862BA">
              <w:rPr>
                <w:rFonts w:ascii="Cambria" w:hAnsi="Cambria"/>
                <w:sz w:val="16"/>
                <w:lang w:val="ro-RO"/>
              </w:rPr>
              <w:t>ii</w:t>
            </w:r>
          </w:p>
        </w:tc>
      </w:tr>
    </w:tbl>
    <w:p w14:paraId="09EE98EE" w14:textId="77777777" w:rsidR="00846492" w:rsidRPr="000862BA" w:rsidRDefault="00846492" w:rsidP="000862BA">
      <w:pPr>
        <w:rPr>
          <w:rFonts w:ascii="Cambria" w:hAnsi="Cambria"/>
          <w:lang w:val="ro-RO"/>
        </w:rPr>
      </w:pPr>
    </w:p>
    <w:tbl>
      <w:tblPr>
        <w:tblStyle w:val="TableGrid"/>
        <w:tblW w:w="9639" w:type="dxa"/>
        <w:jc w:val="center"/>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20"/>
        <w:gridCol w:w="3213"/>
      </w:tblGrid>
      <w:tr w:rsidR="00846492" w:rsidRPr="000862BA" w14:paraId="06936D8A" w14:textId="77777777" w:rsidTr="000862BA">
        <w:trPr>
          <w:jc w:val="center"/>
        </w:trPr>
        <w:tc>
          <w:tcPr>
            <w:tcW w:w="9636" w:type="dxa"/>
            <w:gridSpan w:val="3"/>
            <w:shd w:val="clear" w:color="auto" w:fill="F4F4F4"/>
          </w:tcPr>
          <w:p w14:paraId="216DA659" w14:textId="77777777" w:rsidR="00846492" w:rsidRPr="000862BA" w:rsidRDefault="00E53736" w:rsidP="000862BA">
            <w:pPr>
              <w:keepNext/>
              <w:rPr>
                <w:rFonts w:ascii="Cambria" w:hAnsi="Cambria"/>
                <w:lang w:val="ro-RO"/>
              </w:rPr>
            </w:pPr>
            <w:r w:rsidRPr="000862BA">
              <w:rPr>
                <w:rFonts w:ascii="Cambria" w:hAnsi="Cambria"/>
                <w:b/>
                <w:sz w:val="16"/>
                <w:lang w:val="ro-RO"/>
              </w:rPr>
              <w:t xml:space="preserve"> </w:t>
            </w:r>
            <w:r w:rsidRPr="000862BA">
              <w:rPr>
                <w:rFonts w:ascii="Cambria" w:hAnsi="Cambria"/>
                <w:b/>
                <w:sz w:val="16"/>
                <w:lang w:val="ro-RO"/>
              </w:rPr>
              <w:t xml:space="preserve">9. </w:t>
            </w:r>
            <w:r w:rsidRPr="000862BA">
              <w:rPr>
                <w:rFonts w:ascii="Cambria" w:hAnsi="Cambria"/>
                <w:b/>
                <w:sz w:val="18"/>
                <w:lang w:val="ro-RO"/>
              </w:rPr>
              <w:t>DATA ȘI SEMNĂTURA</w:t>
            </w:r>
          </w:p>
        </w:tc>
      </w:tr>
      <w:tr w:rsidR="00846492" w:rsidRPr="000862BA" w14:paraId="72612615" w14:textId="77777777" w:rsidTr="000862BA">
        <w:trPr>
          <w:trHeight w:val="510"/>
          <w:jc w:val="center"/>
        </w:trPr>
        <w:tc>
          <w:tcPr>
            <w:tcW w:w="1606" w:type="dxa"/>
          </w:tcPr>
          <w:p w14:paraId="60DE0C5D" w14:textId="77777777" w:rsidR="00846492" w:rsidRPr="000862BA" w:rsidRDefault="00E53736" w:rsidP="000862BA">
            <w:pPr>
              <w:rPr>
                <w:rFonts w:ascii="Cambria" w:hAnsi="Cambria"/>
                <w:lang w:val="ro-RO"/>
              </w:rPr>
            </w:pPr>
            <w:r w:rsidRPr="000862BA">
              <w:rPr>
                <w:rFonts w:ascii="Cambria" w:hAnsi="Cambria"/>
                <w:b/>
                <w:lang w:val="ro-RO"/>
              </w:rPr>
              <w:t>Data</w:t>
            </w:r>
          </w:p>
          <w:p w14:paraId="418D45B2" w14:textId="77777777" w:rsidR="00846492" w:rsidRPr="000862BA" w:rsidRDefault="00846492" w:rsidP="000862BA">
            <w:pPr>
              <w:rPr>
                <w:rFonts w:ascii="Cambria" w:hAnsi="Cambria"/>
                <w:lang w:val="ro-RO"/>
              </w:rPr>
            </w:pPr>
          </w:p>
        </w:tc>
        <w:tc>
          <w:tcPr>
            <w:tcW w:w="4818" w:type="dxa"/>
          </w:tcPr>
          <w:p w14:paraId="63B78572" w14:textId="77777777" w:rsidR="00846492" w:rsidRPr="000862BA" w:rsidRDefault="00E53736" w:rsidP="000862BA">
            <w:pPr>
              <w:rPr>
                <w:rFonts w:ascii="Cambria" w:hAnsi="Cambria"/>
                <w:lang w:val="ro-RO"/>
              </w:rPr>
            </w:pPr>
            <w:r w:rsidRPr="000862BA">
              <w:rPr>
                <w:rFonts w:ascii="Cambria" w:hAnsi="Cambria"/>
                <w:b/>
                <w:lang w:val="ro-RO"/>
              </w:rPr>
              <w:t>Beneficiarul / reprezentantul</w:t>
            </w:r>
          </w:p>
          <w:p w14:paraId="128740B5" w14:textId="77777777" w:rsidR="00846492" w:rsidRPr="000862BA" w:rsidRDefault="00846492" w:rsidP="000862BA">
            <w:pPr>
              <w:rPr>
                <w:rFonts w:ascii="Cambria" w:hAnsi="Cambria"/>
                <w:lang w:val="ro-RO"/>
              </w:rPr>
            </w:pPr>
          </w:p>
        </w:tc>
        <w:tc>
          <w:tcPr>
            <w:tcW w:w="3212" w:type="dxa"/>
          </w:tcPr>
          <w:p w14:paraId="69CA0E82" w14:textId="77777777" w:rsidR="00846492" w:rsidRPr="000862BA" w:rsidRDefault="00E53736" w:rsidP="000862BA">
            <w:pPr>
              <w:rPr>
                <w:rFonts w:ascii="Cambria" w:hAnsi="Cambria"/>
                <w:lang w:val="ro-RO"/>
              </w:rPr>
            </w:pPr>
            <w:r w:rsidRPr="000862BA">
              <w:rPr>
                <w:rFonts w:ascii="Cambria" w:hAnsi="Cambria"/>
                <w:b/>
                <w:lang w:val="ro-RO"/>
              </w:rPr>
              <w:t>Semnătura</w:t>
            </w:r>
          </w:p>
          <w:p w14:paraId="079B7842" w14:textId="77777777" w:rsidR="00846492" w:rsidRPr="000862BA" w:rsidRDefault="00846492" w:rsidP="000862BA">
            <w:pPr>
              <w:rPr>
                <w:rFonts w:ascii="Cambria" w:hAnsi="Cambria"/>
                <w:lang w:val="ro-RO"/>
              </w:rPr>
            </w:pPr>
          </w:p>
        </w:tc>
      </w:tr>
    </w:tbl>
    <w:p w14:paraId="13FEF6FB" w14:textId="77777777" w:rsidR="00846492" w:rsidRPr="000862BA" w:rsidRDefault="00846492" w:rsidP="000862BA">
      <w:pPr>
        <w:rPr>
          <w:rFonts w:ascii="Cambria" w:hAnsi="Cambria"/>
          <w:lang w:val="ro-RO"/>
        </w:rPr>
      </w:pPr>
    </w:p>
    <w:sectPr w:rsidR="00846492" w:rsidRPr="000862BA" w:rsidSect="000862BA">
      <w:type w:val="continuous"/>
      <w:pgSz w:w="11906" w:h="16838" w:code="9"/>
      <w:pgMar w:top="567" w:right="1134" w:bottom="567"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E8BCF" w14:textId="77777777" w:rsidR="00E53736" w:rsidRDefault="00E53736">
      <w:r>
        <w:separator/>
      </w:r>
    </w:p>
  </w:endnote>
  <w:endnote w:type="continuationSeparator" w:id="0">
    <w:p w14:paraId="5AC3AC20" w14:textId="77777777" w:rsidR="00E53736" w:rsidRDefault="00E5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E53736">
    <w:pPr>
      <w:pStyle w:val="Footer"/>
      <w:tabs>
        <w:tab w:val="right" w:pos="9639"/>
      </w:tabs>
    </w:pPr>
    <w:r>
      <w:rPr>
        <w:color w:val="595959"/>
      </w:rPr>
      <w:t xml:space="preserve">F_NOT_01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Pr="000862BA" w:rsidRDefault="00F343D2" w:rsidP="00F343D2">
    <w:pPr>
      <w:pStyle w:val="Footer"/>
      <w:tabs>
        <w:tab w:val="right" w:pos="9639"/>
      </w:tabs>
      <w:rPr>
        <w:lang w:val="sv-SE"/>
      </w:rPr>
    </w:pPr>
    <w:r w:rsidRPr="000862BA">
      <w:rPr>
        <w:color w:val="595959"/>
        <w:lang w:val="sv-SE"/>
      </w:rPr>
      <w:t xml:space="preserve">F_NOT_01 · </w:t>
    </w:r>
    <w:proofErr w:type="spellStart"/>
    <w:r w:rsidRPr="000862BA">
      <w:rPr>
        <w:color w:val="595959"/>
        <w:lang w:val="sv-SE"/>
      </w:rPr>
      <w:t>versiunea</w:t>
    </w:r>
    <w:proofErr w:type="spellEnd"/>
    <w:r w:rsidRPr="000862BA">
      <w:rPr>
        <w:color w:val="595959"/>
        <w:lang w:val="sv-SE"/>
      </w:rPr>
      <w:t xml:space="preserve"> 1.0</w:t>
    </w:r>
    <w:r w:rsidRPr="000862BA">
      <w:rPr>
        <w:color w:val="595959"/>
        <w:lang w:val="sv-SE"/>
      </w:rPr>
      <w:tab/>
      <w:t xml:space="preserve">pagina </w:t>
    </w:r>
    <w:r>
      <w:rPr>
        <w:color w:val="595959"/>
      </w:rPr>
      <w:fldChar w:fldCharType="begin"/>
    </w:r>
    <w:r w:rsidRPr="000862BA">
      <w:rPr>
        <w:color w:val="595959"/>
        <w:lang w:val="sv-SE"/>
      </w:rPr>
      <w:instrText xml:space="preserve"> PAGE </w:instrText>
    </w:r>
    <w:r>
      <w:rPr>
        <w:color w:val="595959"/>
      </w:rPr>
      <w:fldChar w:fldCharType="separate"/>
    </w:r>
    <w:r w:rsidRPr="000862BA">
      <w:rPr>
        <w:color w:val="595959"/>
        <w:lang w:val="sv-SE"/>
      </w:rPr>
      <w:t>2</w:t>
    </w:r>
    <w:r>
      <w:rPr>
        <w:color w:val="595959"/>
      </w:rPr>
      <w:fldChar w:fldCharType="end"/>
    </w:r>
    <w:r w:rsidRPr="000862BA">
      <w:rPr>
        <w:color w:val="595959"/>
        <w:lang w:val="sv-SE"/>
      </w:rPr>
      <w:t xml:space="preserve"> din </w:t>
    </w:r>
    <w:r>
      <w:rPr>
        <w:color w:val="595959"/>
      </w:rPr>
      <w:fldChar w:fldCharType="begin"/>
    </w:r>
    <w:r w:rsidRPr="000862BA">
      <w:rPr>
        <w:color w:val="595959"/>
        <w:lang w:val="sv-SE"/>
      </w:rPr>
      <w:instrText xml:space="preserve"> NUMPAGES </w:instrText>
    </w:r>
    <w:r>
      <w:rPr>
        <w:color w:val="595959"/>
      </w:rPr>
      <w:fldChar w:fldCharType="separate"/>
    </w:r>
    <w:r w:rsidRPr="000862BA">
      <w:rPr>
        <w:color w:val="595959"/>
        <w:lang w:val="sv-SE"/>
      </w:rPr>
      <w:t>2</w:t>
    </w:r>
    <w:r>
      <w:rPr>
        <w:color w:val="595959"/>
      </w:rPr>
      <w:fldChar w:fldCharType="end"/>
    </w:r>
  </w:p>
  <w:p w14:paraId="30EA6E2D" w14:textId="77777777" w:rsidR="00F343D2" w:rsidRPr="000862BA" w:rsidRDefault="00F343D2">
    <w:pPr>
      <w:pStyle w:val="Footer"/>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B62A" w14:textId="77777777" w:rsidR="00E53736" w:rsidRDefault="00E53736">
      <w:r>
        <w:separator/>
      </w:r>
    </w:p>
  </w:footnote>
  <w:footnote w:type="continuationSeparator" w:id="0">
    <w:p w14:paraId="4ECE8231" w14:textId="77777777" w:rsidR="00E53736" w:rsidRDefault="00E53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2BA"/>
    <w:rsid w:val="0015074B"/>
    <w:rsid w:val="001A55CA"/>
    <w:rsid w:val="0029639D"/>
    <w:rsid w:val="0031113E"/>
    <w:rsid w:val="00320861"/>
    <w:rsid w:val="00326F90"/>
    <w:rsid w:val="003869B3"/>
    <w:rsid w:val="003F4418"/>
    <w:rsid w:val="004D2D0E"/>
    <w:rsid w:val="004E2246"/>
    <w:rsid w:val="0060615D"/>
    <w:rsid w:val="006113A9"/>
    <w:rsid w:val="006C103E"/>
    <w:rsid w:val="007C5D68"/>
    <w:rsid w:val="007F39C2"/>
    <w:rsid w:val="00846492"/>
    <w:rsid w:val="00852977"/>
    <w:rsid w:val="00870FD7"/>
    <w:rsid w:val="00932ED5"/>
    <w:rsid w:val="00A17614"/>
    <w:rsid w:val="00AA1D8D"/>
    <w:rsid w:val="00AD1D4A"/>
    <w:rsid w:val="00B47730"/>
    <w:rsid w:val="00CA1A2D"/>
    <w:rsid w:val="00CA6FDB"/>
    <w:rsid w:val="00CB0664"/>
    <w:rsid w:val="00D2019F"/>
    <w:rsid w:val="00D2346C"/>
    <w:rsid w:val="00E52AF9"/>
    <w:rsid w:val="00E53736"/>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871</Words>
  <Characters>4969</Characters>
  <Application>Microsoft Office Word</Application>
  <DocSecurity>0</DocSecurity>
  <Lines>41</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VioB</cp:lastModifiedBy>
  <cp:revision>2</cp:revision>
  <dcterms:created xsi:type="dcterms:W3CDTF">2013-12-23T23:15:00Z</dcterms:created>
  <dcterms:modified xsi:type="dcterms:W3CDTF">2026-08-30T12:16:00Z</dcterms:modified>
  <cp:category/>
</cp:coreProperties>
</file>